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1F0C083E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BF07C3">
        <w:rPr>
          <w:b/>
          <w:bCs/>
          <w:sz w:val="40"/>
          <w:szCs w:val="40"/>
        </w:rPr>
        <w:t>Rheumatology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Default="00260F73" w:rsidP="00260F73"/>
    <w:p w14:paraId="068E011A" w14:textId="77777777" w:rsidR="00FC3027" w:rsidRPr="00260F73" w:rsidRDefault="00FC3027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340DAA53">
                <wp:simplePos x="0" y="0"/>
                <wp:positionH relativeFrom="margin">
                  <wp:align>right</wp:align>
                </wp:positionH>
                <wp:positionV relativeFrom="paragraph">
                  <wp:posOffset>2090337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56D5C2CA" w:rsidR="002931FF" w:rsidRPr="00FC3027" w:rsidRDefault="00FC3027" w:rsidP="00FC302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64.6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AuXAg3&#10;3QAAAAgBAAAPAAAAAAAAAAAAAAAAAGgEAABkcnMvZG93bnJldi54bWxQSwUGAAAAAAQABADzAAAA&#10;cgUAAAAA&#10;">
                <v:textbox style="mso-fit-shape-to-text:t">
                  <w:txbxContent>
                    <w:p w14:paraId="0B7A552B" w14:textId="56D5C2CA" w:rsidR="002931FF" w:rsidRPr="00FC3027" w:rsidRDefault="00FC3027" w:rsidP="00FC3027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5A599AA4" w14:textId="5B9268A2" w:rsidR="00260F73" w:rsidRDefault="00260F73" w:rsidP="00260F73">
      <w:pPr>
        <w:rPr>
          <w:b/>
          <w:bCs/>
        </w:rPr>
      </w:pPr>
      <w:r w:rsidRPr="00260F73">
        <w:rPr>
          <w:b/>
          <w:bCs/>
        </w:rPr>
        <w:t xml:space="preserve">Brief statement (250 words) outlining your motivation for a career in </w:t>
      </w:r>
      <w:r w:rsidR="00446759">
        <w:rPr>
          <w:b/>
          <w:bCs/>
        </w:rPr>
        <w:t>medicine</w:t>
      </w:r>
      <w:r w:rsidRPr="00260F73">
        <w:rPr>
          <w:b/>
          <w:bCs/>
        </w:rPr>
        <w:t>, chosen specialty, and career goals within the HSE.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EndPr/>
      <w:sdtContent>
        <w:p w14:paraId="1C5F0DEB" w14:textId="3E4383BF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C52E506" w14:textId="77777777" w:rsidR="00FC3027" w:rsidRDefault="00FC3027" w:rsidP="00FC3027"/>
    <w:p w14:paraId="73ED809F" w14:textId="0B4BF717" w:rsidR="00214ECC" w:rsidRPr="00260F73" w:rsidRDefault="003729FB" w:rsidP="001C17E4">
      <w:pPr>
        <w:pStyle w:val="Heading1"/>
      </w:pPr>
      <w:r w:rsidRPr="00260F73">
        <w:t>Commitment to Specialty &amp; Career Motivation</w:t>
      </w:r>
    </w:p>
    <w:p w14:paraId="3808862C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</w:t>
      </w:r>
      <w:r w:rsidR="002D7D98" w:rsidRPr="00260F73">
        <w:rPr>
          <w:b/>
          <w:bCs/>
        </w:rPr>
        <w:t xml:space="preserve"> (200 words)</w:t>
      </w:r>
    </w:p>
    <w:p w14:paraId="63A91466" w14:textId="26842EEA" w:rsidR="00214ECC" w:rsidRDefault="00743AD7" w:rsidP="00597958">
      <w:sdt>
        <w:sdtPr>
          <w:id w:val="-1365520692"/>
          <w:placeholder>
            <w:docPart w:val="767E5F504CE04A3283DBB5C362BF53DD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11D740AE" w14:textId="6D2BF1E3" w:rsidR="00446759" w:rsidRDefault="00446759" w:rsidP="00446759">
      <w:pPr>
        <w:pStyle w:val="ListParagraph"/>
        <w:numPr>
          <w:ilvl w:val="0"/>
          <w:numId w:val="14"/>
        </w:numPr>
        <w:rPr>
          <w:b/>
          <w:bCs/>
        </w:rPr>
      </w:pPr>
      <w:r w:rsidRPr="00446759">
        <w:rPr>
          <w:b/>
          <w:bCs/>
        </w:rPr>
        <w:t>What experiences have influenced your decision to pursue this area? (200 words)</w:t>
      </w:r>
    </w:p>
    <w:sdt>
      <w:sdtPr>
        <w:id w:val="-1720120786"/>
        <w:placeholder>
          <w:docPart w:val="E784E538356841158C171F82ADDD532E"/>
        </w:placeholder>
        <w:showingPlcHdr/>
      </w:sdtPr>
      <w:sdtEndPr/>
      <w:sdtContent>
        <w:p w14:paraId="38F57373" w14:textId="4625A906" w:rsidR="00446759" w:rsidRPr="00446759" w:rsidRDefault="00446759" w:rsidP="00446759">
          <w:r w:rsidRPr="00446759">
            <w:rPr>
              <w:rStyle w:val="PlaceholderText"/>
              <w:lang w:val="en-US"/>
            </w:rPr>
            <w:t>Click or tap here to enter text.</w:t>
          </w:r>
        </w:p>
      </w:sdtContent>
    </w:sdt>
    <w:p w14:paraId="51C12F35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</w:t>
      </w:r>
      <w:r w:rsidR="002D7D98" w:rsidRPr="00260F73">
        <w:rPr>
          <w:b/>
          <w:bCs/>
        </w:rPr>
        <w:t xml:space="preserve"> (200 words)</w:t>
      </w:r>
    </w:p>
    <w:p w14:paraId="3E3713EA" w14:textId="000B6F80" w:rsidR="009E4AEB" w:rsidRPr="00260F73" w:rsidRDefault="00743AD7" w:rsidP="00597958">
      <w:sdt>
        <w:sdtPr>
          <w:id w:val="-462970739"/>
          <w:placeholder>
            <w:docPart w:val="15FA136DFCC9400EA3643631FD9D49AC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6D446B95" w14:textId="1EC5124C" w:rsidR="007C3707" w:rsidRPr="00260F73" w:rsidRDefault="00260F73" w:rsidP="00260F73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0650B01579224C17841E78E78C05793F"/>
        </w:placeholder>
        <w:showingPlcHdr/>
      </w:sdtPr>
      <w:sdtEndPr/>
      <w:sdtContent>
        <w:p w14:paraId="39B80081" w14:textId="30FBE651" w:rsidR="00260F73" w:rsidRPr="00260F73" w:rsidRDefault="00260F73" w:rsidP="00260F73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A367F24" w14:textId="77777777" w:rsidR="00FC3027" w:rsidRDefault="00FC3027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132915D0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0A20EB36" w14:textId="73367547" w:rsidR="000A5F58" w:rsidRDefault="000A5F58" w:rsidP="000A5F58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EndPr/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EndPr/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EndPr/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EndPr/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EndPr/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EndPr/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EndPr/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56452B32" w14:textId="77777777" w:rsidR="00FC3027" w:rsidRDefault="00FC3027" w:rsidP="00FC3027"/>
    <w:p w14:paraId="75B4FEB0" w14:textId="0A9376E7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EndPr/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EndPr/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49AE3929" w14:textId="4DA098BB" w:rsidR="00B16633" w:rsidRPr="00260F73" w:rsidRDefault="00FC302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818" w:type="pct"/>
              </w:tcPr>
              <w:p w14:paraId="3BD3C74A" w14:textId="43E4B21B" w:rsidR="00B16633" w:rsidRPr="00260F73" w:rsidRDefault="00FC302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6914337" w14:textId="3DCC4FE8" w:rsidR="00B16633" w:rsidRPr="00260F73" w:rsidRDefault="00FC302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DCC6CF2" w14:textId="08F6AF52" w:rsidR="00B16633" w:rsidRPr="00260F73" w:rsidRDefault="00FC302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22" w:type="pct"/>
              </w:tcPr>
              <w:p w14:paraId="0904B07A" w14:textId="1A2B85F7" w:rsidR="00B16633" w:rsidRPr="00260F73" w:rsidRDefault="00FC302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818" w:type="pct"/>
              </w:tcPr>
              <w:p w14:paraId="13F2E67B" w14:textId="7E213218" w:rsidR="00B16633" w:rsidRPr="00260F73" w:rsidRDefault="00FC302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880ABF6" w14:textId="19A2CF57" w:rsidR="00B16633" w:rsidRPr="00260F73" w:rsidRDefault="00FC302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87" w:type="pct"/>
              </w:tcPr>
              <w:p w14:paraId="2B51EDCF" w14:textId="77F736E6" w:rsidR="00B16633" w:rsidRPr="00260F73" w:rsidRDefault="00FC302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22" w:type="pct"/>
                      </w:tcPr>
                      <w:p w14:paraId="4E270E41" w14:textId="09444D5F" w:rsidR="00B16633" w:rsidRPr="00260F73" w:rsidRDefault="00FC302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818" w:type="pct"/>
                      </w:tcPr>
                      <w:p w14:paraId="4B5AA7D5" w14:textId="5179FEFE" w:rsidR="00B16633" w:rsidRPr="00260F73" w:rsidRDefault="00FC302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FE57682" w14:textId="13ECB0E3" w:rsidR="00B16633" w:rsidRPr="00260F73" w:rsidRDefault="00FC302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87" w:type="pct"/>
                      </w:tcPr>
                      <w:p w14:paraId="51005B27" w14:textId="11304537" w:rsidR="00B16633" w:rsidRPr="00260F73" w:rsidRDefault="00FC302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Pr="00260F73" w:rsidRDefault="002D7D98"/>
    <w:p w14:paraId="14AD253B" w14:textId="77777777" w:rsidR="00214ECC" w:rsidRPr="00260F73" w:rsidRDefault="003729FB" w:rsidP="001C17E4">
      <w:pPr>
        <w:pStyle w:val="Heading1"/>
      </w:pPr>
      <w:r w:rsidRPr="00260F73">
        <w:lastRenderedPageBreak/>
        <w:t>Clinical Employment History</w:t>
      </w:r>
    </w:p>
    <w:p w14:paraId="5179FB9C" w14:textId="1C1F9C5C" w:rsidR="00214ECC" w:rsidRPr="00260F73" w:rsidRDefault="003729FB">
      <w:r w:rsidRPr="00260F73"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16E33C6E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27946279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1CBBB5B3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234EAFD1" w:rsidR="002E140B" w:rsidRPr="00260F73" w:rsidRDefault="002E140B" w:rsidP="002E140B"/>
        </w:tc>
      </w:tr>
      <w:tr w:rsidR="00FC3027" w:rsidRPr="00260F73" w14:paraId="3AB62DF8" w14:textId="77777777" w:rsidTr="00E70F08">
        <w:tc>
          <w:tcPr>
            <w:tcW w:w="9350" w:type="dxa"/>
            <w:gridSpan w:val="2"/>
          </w:tcPr>
          <w:p w14:paraId="69714D7A" w14:textId="22EC387A" w:rsidR="00FC3027" w:rsidRPr="00260F73" w:rsidRDefault="00FC3027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472561420"/>
                <w:placeholder>
                  <w:docPart w:val="E154E0F59C6146589C211817BF0E0B6B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C3027" w:rsidRPr="00260F73" w14:paraId="4B916E4B" w14:textId="77777777" w:rsidTr="002E140B">
        <w:tc>
          <w:tcPr>
            <w:tcW w:w="2547" w:type="dxa"/>
          </w:tcPr>
          <w:p w14:paraId="7A0E451A" w14:textId="77777777" w:rsidR="00FC3027" w:rsidRPr="00260F73" w:rsidRDefault="00FC3027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63550780"/>
            <w:placeholder>
              <w:docPart w:val="128A59BCD5374CBE87ABC05724954D8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107DF7A0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53526604" w14:textId="77777777" w:rsidTr="002E140B">
        <w:tc>
          <w:tcPr>
            <w:tcW w:w="2547" w:type="dxa"/>
          </w:tcPr>
          <w:p w14:paraId="254123CA" w14:textId="77777777" w:rsidR="00FC3027" w:rsidRPr="00260F73" w:rsidRDefault="00FC3027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550918771"/>
            <w:placeholder>
              <w:docPart w:val="9B936DD223D4462393D0236D70B9F8A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F06CF7A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4C2E6B06" w14:textId="77777777" w:rsidTr="002E140B">
        <w:tc>
          <w:tcPr>
            <w:tcW w:w="2547" w:type="dxa"/>
          </w:tcPr>
          <w:p w14:paraId="1B209A78" w14:textId="77777777" w:rsidR="00FC3027" w:rsidRPr="00260F73" w:rsidRDefault="00FC3027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11787516"/>
            <w:placeholder>
              <w:docPart w:val="602920995B5449F1A7A4964CB5BD9E2F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CD2C077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4B988C00" w14:textId="77777777" w:rsidTr="002E140B">
        <w:tc>
          <w:tcPr>
            <w:tcW w:w="2547" w:type="dxa"/>
          </w:tcPr>
          <w:p w14:paraId="2BCC9E32" w14:textId="77777777" w:rsidR="00FC3027" w:rsidRPr="00260F73" w:rsidRDefault="00FC3027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679583742"/>
            <w:placeholder>
              <w:docPart w:val="3046D4B8AC6347FD973AE5AC1873DF97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3DDB5E9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6C93F8A9" w14:textId="77777777" w:rsidTr="002E140B">
        <w:tc>
          <w:tcPr>
            <w:tcW w:w="2547" w:type="dxa"/>
            <w:vAlign w:val="center"/>
          </w:tcPr>
          <w:p w14:paraId="363FCC78" w14:textId="77777777" w:rsidR="00FC3027" w:rsidRPr="00260F73" w:rsidRDefault="00FC3027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924534488"/>
            <w:placeholder>
              <w:docPart w:val="11E68469D96444B1A2E65CE6BCAD7388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893E3B8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77ABDE88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03B75E0A" w14:textId="77777777" w:rsidR="00FC3027" w:rsidRPr="00260F73" w:rsidRDefault="00FC3027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951815784"/>
            <w:placeholder>
              <w:docPart w:val="393853E73AB44C7AAACF69CC1F76D5CD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C9F55D0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63DE104C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84FCAC" w14:textId="66E60F77" w:rsidR="00FC3027" w:rsidRPr="00260F73" w:rsidRDefault="00FC3027" w:rsidP="002E140B"/>
        </w:tc>
      </w:tr>
      <w:tr w:rsidR="00FC3027" w:rsidRPr="00260F73" w14:paraId="11D9B825" w14:textId="77777777" w:rsidTr="00E70F08">
        <w:tc>
          <w:tcPr>
            <w:tcW w:w="9350" w:type="dxa"/>
            <w:gridSpan w:val="2"/>
          </w:tcPr>
          <w:p w14:paraId="10C5DDC6" w14:textId="6062E6F5" w:rsidR="00FC3027" w:rsidRPr="00260F73" w:rsidRDefault="00FC3027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744457456"/>
                <w:placeholder>
                  <w:docPart w:val="A4563B8AB18B41AD8C09528013CF64F0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C3027" w:rsidRPr="00260F73" w14:paraId="1D509037" w14:textId="77777777" w:rsidTr="002E140B">
        <w:tc>
          <w:tcPr>
            <w:tcW w:w="2547" w:type="dxa"/>
          </w:tcPr>
          <w:p w14:paraId="687A144B" w14:textId="77777777" w:rsidR="00FC3027" w:rsidRPr="00260F73" w:rsidRDefault="00FC3027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025366672"/>
            <w:placeholder>
              <w:docPart w:val="CF364A54F5EF4826B856A9E77444FD0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E696B92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17F69AD7" w14:textId="77777777" w:rsidTr="002E140B">
        <w:tc>
          <w:tcPr>
            <w:tcW w:w="2547" w:type="dxa"/>
          </w:tcPr>
          <w:p w14:paraId="36B94F18" w14:textId="77777777" w:rsidR="00FC3027" w:rsidRPr="00260F73" w:rsidRDefault="00FC3027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995072360"/>
            <w:placeholder>
              <w:docPart w:val="51C09F1D37564B13A46EF0ADBE78562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7E1C1FA3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2C6F752F" w14:textId="77777777" w:rsidTr="002E140B">
        <w:tc>
          <w:tcPr>
            <w:tcW w:w="2547" w:type="dxa"/>
          </w:tcPr>
          <w:p w14:paraId="6A9EEFDD" w14:textId="77777777" w:rsidR="00FC3027" w:rsidRPr="00260F73" w:rsidRDefault="00FC3027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1773072081"/>
            <w:placeholder>
              <w:docPart w:val="3AE107BE1AD94E399E46A53B4F6C8D2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E64CF3E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1D2CB303" w14:textId="77777777" w:rsidTr="002E140B">
        <w:tc>
          <w:tcPr>
            <w:tcW w:w="2547" w:type="dxa"/>
          </w:tcPr>
          <w:p w14:paraId="4AEF690F" w14:textId="77777777" w:rsidR="00FC3027" w:rsidRPr="00260F73" w:rsidRDefault="00FC3027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808307496"/>
            <w:placeholder>
              <w:docPart w:val="B06D31DD794D490B96AB550EBD37D720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D9E4E3F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1BA820B6" w14:textId="77777777" w:rsidTr="002E140B">
        <w:tc>
          <w:tcPr>
            <w:tcW w:w="2547" w:type="dxa"/>
            <w:vAlign w:val="center"/>
          </w:tcPr>
          <w:p w14:paraId="56DC31B0" w14:textId="77777777" w:rsidR="00FC3027" w:rsidRPr="00260F73" w:rsidRDefault="00FC3027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989750025"/>
            <w:placeholder>
              <w:docPart w:val="4C209A83F82B426CB2845F8DF02A4323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86AFE3C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502F0019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BFBA296" w14:textId="77777777" w:rsidR="00FC3027" w:rsidRPr="00260F73" w:rsidRDefault="00FC3027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515609140"/>
            <w:placeholder>
              <w:docPart w:val="F3488F6169794E4CA4C95FED99F11947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F991E60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0DEDD013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2393E7" w14:textId="31E2AF11" w:rsidR="00FC3027" w:rsidRPr="00260F73" w:rsidRDefault="00FC3027" w:rsidP="002E140B"/>
        </w:tc>
      </w:tr>
      <w:tr w:rsidR="00FC3027" w:rsidRPr="00260F73" w14:paraId="5F9164E0" w14:textId="77777777" w:rsidTr="00E70F08">
        <w:tc>
          <w:tcPr>
            <w:tcW w:w="9350" w:type="dxa"/>
            <w:gridSpan w:val="2"/>
          </w:tcPr>
          <w:p w14:paraId="39E349C2" w14:textId="1FEEF385" w:rsidR="00FC3027" w:rsidRPr="00260F73" w:rsidRDefault="00FC3027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647573174"/>
                <w:placeholder>
                  <w:docPart w:val="A26C9F227BBC49C79014E6C3781F04BC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C3027" w:rsidRPr="00260F73" w14:paraId="62D2B885" w14:textId="77777777" w:rsidTr="002E140B">
        <w:tc>
          <w:tcPr>
            <w:tcW w:w="2547" w:type="dxa"/>
          </w:tcPr>
          <w:p w14:paraId="67D7D790" w14:textId="77777777" w:rsidR="00FC3027" w:rsidRPr="00260F73" w:rsidRDefault="00FC3027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85369175"/>
            <w:placeholder>
              <w:docPart w:val="90496958929E45E8B33C61DA60A7EE4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5E75A89F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48B94F84" w14:textId="77777777" w:rsidTr="002E140B">
        <w:tc>
          <w:tcPr>
            <w:tcW w:w="2547" w:type="dxa"/>
          </w:tcPr>
          <w:p w14:paraId="48FDC193" w14:textId="77777777" w:rsidR="00FC3027" w:rsidRPr="00260F73" w:rsidRDefault="00FC3027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348373957"/>
            <w:placeholder>
              <w:docPart w:val="766AD050E68A4DC38901CFEAD15447C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9F7F686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571F2A4F" w14:textId="77777777" w:rsidTr="002E140B">
        <w:tc>
          <w:tcPr>
            <w:tcW w:w="2547" w:type="dxa"/>
          </w:tcPr>
          <w:p w14:paraId="082C56D2" w14:textId="77777777" w:rsidR="00FC3027" w:rsidRPr="00260F73" w:rsidRDefault="00FC3027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1166479929"/>
            <w:placeholder>
              <w:docPart w:val="6A1DF1A230834F02862433C0A012A6A8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80B5DEE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4C6E9769" w14:textId="77777777" w:rsidTr="002E140B">
        <w:tc>
          <w:tcPr>
            <w:tcW w:w="2547" w:type="dxa"/>
          </w:tcPr>
          <w:p w14:paraId="61A6F10A" w14:textId="77777777" w:rsidR="00FC3027" w:rsidRPr="00260F73" w:rsidRDefault="00FC3027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632444833"/>
            <w:placeholder>
              <w:docPart w:val="56DBD2F341C64B1CAE0BC5949FD40DCF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C79EC64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1AD69CA3" w14:textId="77777777" w:rsidTr="002E140B">
        <w:tc>
          <w:tcPr>
            <w:tcW w:w="2547" w:type="dxa"/>
            <w:vAlign w:val="center"/>
          </w:tcPr>
          <w:p w14:paraId="49B3843D" w14:textId="77777777" w:rsidR="00FC3027" w:rsidRPr="00260F73" w:rsidRDefault="00FC3027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594363005"/>
            <w:placeholder>
              <w:docPart w:val="D5FD088635E34547931883D74102BEB8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06E503FC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5565C94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3643D4A2" w14:textId="77777777" w:rsidR="00FC3027" w:rsidRPr="00260F73" w:rsidRDefault="00FC3027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669904405"/>
            <w:placeholder>
              <w:docPart w:val="D67FC15BC7C746AD83905C95D70295EE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3412643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7A42CF50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E6B88D" w14:textId="7D934C4E" w:rsidR="00FC3027" w:rsidRPr="00260F73" w:rsidRDefault="00FC3027" w:rsidP="002E140B"/>
        </w:tc>
      </w:tr>
    </w:tbl>
    <w:p w14:paraId="3A380C16" w14:textId="77777777" w:rsidR="00FC3027" w:rsidRDefault="00FC3027">
      <w:pPr>
        <w:pStyle w:val="Heading1"/>
      </w:pPr>
    </w:p>
    <w:p w14:paraId="5DE496E4" w14:textId="77777777" w:rsidR="00FC3027" w:rsidRDefault="00FC3027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13347120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17CEDE7A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EndPr/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1C658A14" w:rsidR="00CD745A" w:rsidRPr="00260F73" w:rsidRDefault="00CD745A" w:rsidP="002D7D98"/>
        </w:tc>
      </w:tr>
      <w:tr w:rsidR="003713D2" w:rsidRPr="00260F73" w14:paraId="7FD5D7F1" w14:textId="77777777" w:rsidTr="0019370D">
        <w:tc>
          <w:tcPr>
            <w:tcW w:w="9350" w:type="dxa"/>
            <w:gridSpan w:val="2"/>
          </w:tcPr>
          <w:p w14:paraId="7A8FF5CE" w14:textId="11032EBB" w:rsidR="003713D2" w:rsidRPr="00260F73" w:rsidRDefault="003713D2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433701423"/>
                <w:placeholder>
                  <w:docPart w:val="D90A19DFEA52488BB99915162C93968C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713D2" w:rsidRPr="00260F73" w14:paraId="16B7DFA9" w14:textId="77777777" w:rsidTr="00A0792E">
        <w:tc>
          <w:tcPr>
            <w:tcW w:w="2830" w:type="dxa"/>
            <w:vAlign w:val="center"/>
          </w:tcPr>
          <w:p w14:paraId="49CA3F59" w14:textId="77777777" w:rsidR="003713D2" w:rsidRPr="00260F73" w:rsidRDefault="003713D2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325551126"/>
            <w:placeholder>
              <w:docPart w:val="521563FD68FD43D5BA165673FF6D137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EED0A7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9C2E69A" w14:textId="77777777" w:rsidTr="00A0792E">
        <w:tc>
          <w:tcPr>
            <w:tcW w:w="2830" w:type="dxa"/>
            <w:vAlign w:val="center"/>
          </w:tcPr>
          <w:p w14:paraId="270C1B41" w14:textId="77777777" w:rsidR="003713D2" w:rsidRPr="00260F73" w:rsidRDefault="003713D2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7E63AF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1475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68355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30559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4BFF7EBF" w14:textId="77777777" w:rsidTr="00A0792E">
        <w:tc>
          <w:tcPr>
            <w:tcW w:w="2830" w:type="dxa"/>
            <w:vAlign w:val="center"/>
          </w:tcPr>
          <w:p w14:paraId="15155400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643635738"/>
            <w:placeholder>
              <w:docPart w:val="AE408CFFC6BA4AA5A655C4CB9E8D33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E44445C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0535368D" w14:textId="77777777" w:rsidTr="00A0792E">
        <w:tc>
          <w:tcPr>
            <w:tcW w:w="2830" w:type="dxa"/>
            <w:vAlign w:val="center"/>
          </w:tcPr>
          <w:p w14:paraId="23AE5302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441984824"/>
            <w:placeholder>
              <w:docPart w:val="77C883E787A7487E8AC9A2460D0D61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1B3439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3D0ACDE4" w14:textId="77777777" w:rsidTr="00A0792E">
        <w:tc>
          <w:tcPr>
            <w:tcW w:w="2830" w:type="dxa"/>
            <w:vAlign w:val="center"/>
          </w:tcPr>
          <w:p w14:paraId="657A7D5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7273C56" w14:textId="77777777" w:rsidR="003713D2" w:rsidRPr="00260F73" w:rsidRDefault="003713D2" w:rsidP="00CD745A"/>
        </w:tc>
        <w:sdt>
          <w:sdtPr>
            <w:id w:val="1649172040"/>
            <w:placeholder>
              <w:docPart w:val="EDFABB6305204921AB41714CDBEF1F2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7427EE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1D92BE2C" w14:textId="77777777" w:rsidTr="00A0792E">
        <w:tc>
          <w:tcPr>
            <w:tcW w:w="2830" w:type="dxa"/>
            <w:vAlign w:val="center"/>
          </w:tcPr>
          <w:p w14:paraId="62896E3B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4D56B56F" w14:textId="77777777" w:rsidR="003713D2" w:rsidRPr="00260F73" w:rsidRDefault="003713D2" w:rsidP="00CD745A"/>
        </w:tc>
        <w:sdt>
          <w:sdtPr>
            <w:id w:val="1017587781"/>
            <w:placeholder>
              <w:docPart w:val="39948876AF22424CB7ED2F5AF92F9C43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27B41A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47F9E21" w14:textId="77777777" w:rsidTr="00A0792E">
        <w:tc>
          <w:tcPr>
            <w:tcW w:w="2830" w:type="dxa"/>
            <w:vAlign w:val="center"/>
          </w:tcPr>
          <w:p w14:paraId="2196664B" w14:textId="77777777" w:rsidR="003713D2" w:rsidRPr="00260F73" w:rsidRDefault="003713D2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630144458"/>
            <w:placeholder>
              <w:docPart w:val="4EEA29DA30454295831DD7CCFD08932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1DF0997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C98AF3D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EE21B4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33D2A9E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29952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43171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26E0EB6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787B6" w14:textId="0525AA4E" w:rsidR="003713D2" w:rsidRPr="00260F73" w:rsidRDefault="003713D2" w:rsidP="002D7D98"/>
        </w:tc>
      </w:tr>
      <w:tr w:rsidR="00FC3027" w:rsidRPr="00260F73" w14:paraId="1F2E544E" w14:textId="77777777" w:rsidTr="0019370D">
        <w:tc>
          <w:tcPr>
            <w:tcW w:w="9350" w:type="dxa"/>
            <w:gridSpan w:val="2"/>
          </w:tcPr>
          <w:p w14:paraId="0896E07A" w14:textId="007E04F1" w:rsidR="00FC3027" w:rsidRPr="00260F73" w:rsidRDefault="00FC3027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944536405"/>
                <w:placeholder>
                  <w:docPart w:val="F2771D3EEFE8409E9460FB2586597D13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C3027" w:rsidRPr="00260F73" w14:paraId="19211250" w14:textId="77777777" w:rsidTr="00A0792E">
        <w:tc>
          <w:tcPr>
            <w:tcW w:w="2830" w:type="dxa"/>
            <w:vAlign w:val="center"/>
          </w:tcPr>
          <w:p w14:paraId="4F64FFB7" w14:textId="77777777" w:rsidR="00FC3027" w:rsidRPr="00260F73" w:rsidRDefault="00FC3027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22220275"/>
            <w:placeholder>
              <w:docPart w:val="F0BDC4624CFD40A2A50C268646D11E32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0B2DEFA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0ED0AFBA" w14:textId="77777777" w:rsidTr="00A0792E">
        <w:tc>
          <w:tcPr>
            <w:tcW w:w="2830" w:type="dxa"/>
            <w:vAlign w:val="center"/>
          </w:tcPr>
          <w:p w14:paraId="24C83359" w14:textId="77777777" w:rsidR="00FC3027" w:rsidRPr="00260F73" w:rsidRDefault="00FC3027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F669E39" w14:textId="77777777" w:rsidR="00FC3027" w:rsidRPr="00260F73" w:rsidRDefault="00FC3027" w:rsidP="002D7D98">
            <w:r w:rsidRPr="00260F73">
              <w:t xml:space="preserve">Yes </w:t>
            </w:r>
            <w:sdt>
              <w:sdtPr>
                <w:id w:val="2049488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52468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9351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232A67D2" w14:textId="77777777" w:rsidTr="00A0792E">
        <w:tc>
          <w:tcPr>
            <w:tcW w:w="2830" w:type="dxa"/>
            <w:vAlign w:val="center"/>
          </w:tcPr>
          <w:p w14:paraId="76F21CD4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1393625187"/>
            <w:placeholder>
              <w:docPart w:val="57987F9EC90640A3AB0156CDCD3582A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4148DBF0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71CC28D2" w14:textId="77777777" w:rsidTr="00A0792E">
        <w:tc>
          <w:tcPr>
            <w:tcW w:w="2830" w:type="dxa"/>
            <w:vAlign w:val="center"/>
          </w:tcPr>
          <w:p w14:paraId="2CDDB0C4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45062086"/>
            <w:placeholder>
              <w:docPart w:val="55BC24DDBC494B9CAB4BD76203CBD8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4FD32200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5F30E106" w14:textId="77777777" w:rsidTr="00A0792E">
        <w:tc>
          <w:tcPr>
            <w:tcW w:w="2830" w:type="dxa"/>
            <w:vAlign w:val="center"/>
          </w:tcPr>
          <w:p w14:paraId="404703CA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7F692DD4" w14:textId="77777777" w:rsidR="00FC3027" w:rsidRPr="00260F73" w:rsidRDefault="00FC3027" w:rsidP="00CD745A"/>
        </w:tc>
        <w:sdt>
          <w:sdtPr>
            <w:id w:val="-955333820"/>
            <w:placeholder>
              <w:docPart w:val="8DC8E66FC3604E93A469295A0BF16E0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11008DE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4D0D4A43" w14:textId="77777777" w:rsidTr="00A0792E">
        <w:tc>
          <w:tcPr>
            <w:tcW w:w="2830" w:type="dxa"/>
            <w:vAlign w:val="center"/>
          </w:tcPr>
          <w:p w14:paraId="71357BBE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What was the measurable impact?</w:t>
            </w:r>
          </w:p>
          <w:p w14:paraId="2BD92827" w14:textId="77777777" w:rsidR="00FC3027" w:rsidRPr="00260F73" w:rsidRDefault="00FC3027" w:rsidP="00CD745A"/>
        </w:tc>
        <w:sdt>
          <w:sdtPr>
            <w:id w:val="1771968843"/>
            <w:placeholder>
              <w:docPart w:val="ADD7265AEAF84A898D369EF731A2CEF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4E62B05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45383688" w14:textId="77777777" w:rsidTr="00A0792E">
        <w:tc>
          <w:tcPr>
            <w:tcW w:w="2830" w:type="dxa"/>
            <w:vAlign w:val="center"/>
          </w:tcPr>
          <w:p w14:paraId="11E6D851" w14:textId="77777777" w:rsidR="00FC3027" w:rsidRPr="00260F73" w:rsidRDefault="00FC3027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1552614053"/>
            <w:placeholder>
              <w:docPart w:val="97E38E983BC7415783368E63BC3F65E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0054516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3B7A74F3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890DB92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844338E" w14:textId="77777777" w:rsidR="00FC3027" w:rsidRPr="00260F73" w:rsidRDefault="00FC3027" w:rsidP="002D7D98">
            <w:r w:rsidRPr="00260F73">
              <w:t xml:space="preserve">Yes </w:t>
            </w:r>
            <w:sdt>
              <w:sdtPr>
                <w:id w:val="229971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716574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72D81891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E5681D" w14:textId="55D5A73F" w:rsidR="00FC3027" w:rsidRPr="00260F73" w:rsidRDefault="00FC3027" w:rsidP="002D7D98"/>
        </w:tc>
      </w:tr>
      <w:tr w:rsidR="00FC3027" w:rsidRPr="00260F73" w14:paraId="1F5FB3B4" w14:textId="77777777" w:rsidTr="0019370D">
        <w:tc>
          <w:tcPr>
            <w:tcW w:w="9350" w:type="dxa"/>
            <w:gridSpan w:val="2"/>
          </w:tcPr>
          <w:p w14:paraId="55E3CDEC" w14:textId="66ACC6FC" w:rsidR="00FC3027" w:rsidRPr="00260F73" w:rsidRDefault="00FC3027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548296923"/>
                <w:placeholder>
                  <w:docPart w:val="BF47B062694342EFA9EE286A1C151787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C3027" w:rsidRPr="00260F73" w14:paraId="276B3569" w14:textId="77777777" w:rsidTr="00A0792E">
        <w:tc>
          <w:tcPr>
            <w:tcW w:w="2830" w:type="dxa"/>
            <w:vAlign w:val="center"/>
          </w:tcPr>
          <w:p w14:paraId="357DCBB2" w14:textId="77777777" w:rsidR="00FC3027" w:rsidRPr="00260F73" w:rsidRDefault="00FC3027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048651085"/>
            <w:placeholder>
              <w:docPart w:val="0227C1E759BD436E884170A4E4F493F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5FC3432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40BD9DC7" w14:textId="77777777" w:rsidTr="00A0792E">
        <w:tc>
          <w:tcPr>
            <w:tcW w:w="2830" w:type="dxa"/>
            <w:vAlign w:val="center"/>
          </w:tcPr>
          <w:p w14:paraId="56ECCF6A" w14:textId="77777777" w:rsidR="00FC3027" w:rsidRPr="00260F73" w:rsidRDefault="00FC3027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55DE0048" w14:textId="77777777" w:rsidR="00FC3027" w:rsidRPr="00260F73" w:rsidRDefault="00FC3027" w:rsidP="002D7D98">
            <w:r w:rsidRPr="00260F73">
              <w:t xml:space="preserve">Yes </w:t>
            </w:r>
            <w:sdt>
              <w:sdtPr>
                <w:id w:val="1545174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577426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10795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4F6FA6C0" w14:textId="77777777" w:rsidTr="00A0792E">
        <w:tc>
          <w:tcPr>
            <w:tcW w:w="2830" w:type="dxa"/>
            <w:vAlign w:val="center"/>
          </w:tcPr>
          <w:p w14:paraId="455AAA0B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1751466963"/>
            <w:placeholder>
              <w:docPart w:val="DF048CD61D494AB483052A1DB7DFD8A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423A3E2A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1357EF55" w14:textId="77777777" w:rsidTr="00A0792E">
        <w:tc>
          <w:tcPr>
            <w:tcW w:w="2830" w:type="dxa"/>
            <w:vAlign w:val="center"/>
          </w:tcPr>
          <w:p w14:paraId="095CF742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1386138192"/>
            <w:placeholder>
              <w:docPart w:val="2A30489495C94860A68D2E0A0A22D25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4E865AD8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5FD8BFEA" w14:textId="77777777" w:rsidTr="00A0792E">
        <w:tc>
          <w:tcPr>
            <w:tcW w:w="2830" w:type="dxa"/>
            <w:vAlign w:val="center"/>
          </w:tcPr>
          <w:p w14:paraId="2F8541B5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6368E94" w14:textId="77777777" w:rsidR="00FC3027" w:rsidRPr="00260F73" w:rsidRDefault="00FC3027" w:rsidP="00CD745A"/>
        </w:tc>
        <w:sdt>
          <w:sdtPr>
            <w:id w:val="-986771338"/>
            <w:placeholder>
              <w:docPart w:val="8931DDEBBD824C3690E5CFE80147066D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60884BB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2CCEEC90" w14:textId="77777777" w:rsidTr="00A0792E">
        <w:tc>
          <w:tcPr>
            <w:tcW w:w="2830" w:type="dxa"/>
            <w:vAlign w:val="center"/>
          </w:tcPr>
          <w:p w14:paraId="194766E0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6342644F" w14:textId="77777777" w:rsidR="00FC3027" w:rsidRPr="00260F73" w:rsidRDefault="00FC3027" w:rsidP="00CD745A"/>
        </w:tc>
        <w:sdt>
          <w:sdtPr>
            <w:id w:val="-928658525"/>
            <w:placeholder>
              <w:docPart w:val="AFFBF5D8F85E465A9805A151FD6136D0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50F08BD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05D9A608" w14:textId="77777777" w:rsidTr="00A0792E">
        <w:tc>
          <w:tcPr>
            <w:tcW w:w="2830" w:type="dxa"/>
            <w:vAlign w:val="center"/>
          </w:tcPr>
          <w:p w14:paraId="1956291B" w14:textId="77777777" w:rsidR="00FC3027" w:rsidRPr="00260F73" w:rsidRDefault="00FC3027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1798594634"/>
            <w:placeholder>
              <w:docPart w:val="BC363F25FC1B41D1924B5ABB54F90639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973ADA7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30FFF66C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9C32387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1E36A260" w14:textId="77777777" w:rsidR="00FC3027" w:rsidRPr="00260F73" w:rsidRDefault="00FC3027" w:rsidP="002D7D98">
            <w:r w:rsidRPr="00260F73">
              <w:t xml:space="preserve">Yes </w:t>
            </w:r>
            <w:sdt>
              <w:sdtPr>
                <w:id w:val="1743370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1348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3CA836AF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9D53E4" w14:textId="37522D9E" w:rsidR="00FC3027" w:rsidRPr="00260F73" w:rsidRDefault="00FC3027" w:rsidP="002D7D98"/>
        </w:tc>
      </w:tr>
      <w:tr w:rsidR="00FC3027" w:rsidRPr="00260F73" w14:paraId="6A657538" w14:textId="77777777" w:rsidTr="0019370D">
        <w:tc>
          <w:tcPr>
            <w:tcW w:w="9350" w:type="dxa"/>
            <w:gridSpan w:val="2"/>
          </w:tcPr>
          <w:p w14:paraId="1557F52D" w14:textId="78137714" w:rsidR="00FC3027" w:rsidRPr="00260F73" w:rsidRDefault="00FC3027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3838770"/>
                <w:placeholder>
                  <w:docPart w:val="EB1EB7D12AE14D43A590CE63F386CCAF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C3027" w:rsidRPr="00260F73" w14:paraId="1D505836" w14:textId="77777777" w:rsidTr="00A0792E">
        <w:tc>
          <w:tcPr>
            <w:tcW w:w="2830" w:type="dxa"/>
            <w:vAlign w:val="center"/>
          </w:tcPr>
          <w:p w14:paraId="514ED62F" w14:textId="77777777" w:rsidR="00FC3027" w:rsidRPr="00260F73" w:rsidRDefault="00FC3027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1536187833"/>
            <w:placeholder>
              <w:docPart w:val="390347451ECB447DB32D3D8A3BEADA9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87BB80B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2B3DB3CC" w14:textId="77777777" w:rsidTr="00A0792E">
        <w:tc>
          <w:tcPr>
            <w:tcW w:w="2830" w:type="dxa"/>
            <w:vAlign w:val="center"/>
          </w:tcPr>
          <w:p w14:paraId="2E54DDC5" w14:textId="77777777" w:rsidR="00FC3027" w:rsidRPr="00260F73" w:rsidRDefault="00FC3027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8CC935B" w14:textId="77777777" w:rsidR="00FC3027" w:rsidRPr="00260F73" w:rsidRDefault="00FC3027" w:rsidP="002D7D98">
            <w:r w:rsidRPr="00260F73">
              <w:t xml:space="preserve">Yes </w:t>
            </w:r>
            <w:sdt>
              <w:sdtPr>
                <w:id w:val="-379634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99715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53731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619F3CFD" w14:textId="77777777" w:rsidTr="00A0792E">
        <w:tc>
          <w:tcPr>
            <w:tcW w:w="2830" w:type="dxa"/>
            <w:vAlign w:val="center"/>
          </w:tcPr>
          <w:p w14:paraId="79275340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1275288399"/>
            <w:placeholder>
              <w:docPart w:val="3CEFD8317B9C45DD9CE83E6BBF119F4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4B1BCA7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241000A4" w14:textId="77777777" w:rsidTr="00A0792E">
        <w:tc>
          <w:tcPr>
            <w:tcW w:w="2830" w:type="dxa"/>
            <w:vAlign w:val="center"/>
          </w:tcPr>
          <w:p w14:paraId="34F3AC86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1324702127"/>
            <w:placeholder>
              <w:docPart w:val="73322E0E5202417AADE50E789A93D8E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32E58C4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48B949BE" w14:textId="77777777" w:rsidTr="00A0792E">
        <w:tc>
          <w:tcPr>
            <w:tcW w:w="2830" w:type="dxa"/>
            <w:vAlign w:val="center"/>
          </w:tcPr>
          <w:p w14:paraId="14F55838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3460F26" w14:textId="77777777" w:rsidR="00FC3027" w:rsidRPr="00260F73" w:rsidRDefault="00FC3027" w:rsidP="00CD745A"/>
        </w:tc>
        <w:sdt>
          <w:sdtPr>
            <w:id w:val="-303388739"/>
            <w:placeholder>
              <w:docPart w:val="5010F84DDB1C434E8258242C286D2D6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1BFDE20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46E47270" w14:textId="77777777" w:rsidTr="00A0792E">
        <w:tc>
          <w:tcPr>
            <w:tcW w:w="2830" w:type="dxa"/>
            <w:vAlign w:val="center"/>
          </w:tcPr>
          <w:p w14:paraId="074EC8E1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747D24D2" w14:textId="77777777" w:rsidR="00FC3027" w:rsidRPr="00260F73" w:rsidRDefault="00FC3027" w:rsidP="00CD745A"/>
        </w:tc>
        <w:sdt>
          <w:sdtPr>
            <w:id w:val="1299954255"/>
            <w:placeholder>
              <w:docPart w:val="E6129599CD9A4A48B31B8E14B5397A9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FFA7842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7D174807" w14:textId="77777777" w:rsidTr="00A0792E">
        <w:tc>
          <w:tcPr>
            <w:tcW w:w="2830" w:type="dxa"/>
            <w:vAlign w:val="center"/>
          </w:tcPr>
          <w:p w14:paraId="45071345" w14:textId="77777777" w:rsidR="00FC3027" w:rsidRPr="00260F73" w:rsidRDefault="00FC3027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994173283"/>
            <w:placeholder>
              <w:docPart w:val="D46EF25FE9354A47BF6EB88436F8EAF6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B7B1D13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30D0F74F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133247D" w14:textId="77777777" w:rsidR="00FC3027" w:rsidRPr="00260F73" w:rsidRDefault="00FC3027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20B9146" w14:textId="77777777" w:rsidR="00FC3027" w:rsidRPr="00260F73" w:rsidRDefault="00FC3027" w:rsidP="002D7D98">
            <w:r w:rsidRPr="00260F73">
              <w:t xml:space="preserve">Yes </w:t>
            </w:r>
            <w:sdt>
              <w:sdtPr>
                <w:id w:val="-126399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64952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7EB685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AC5E9D" w14:textId="08434586" w:rsidR="00FC3027" w:rsidRPr="00260F73" w:rsidRDefault="00FC3027" w:rsidP="002D7D98"/>
        </w:tc>
      </w:tr>
    </w:tbl>
    <w:p w14:paraId="14DCD4AF" w14:textId="77777777" w:rsidR="00FC3027" w:rsidRDefault="00FC3027">
      <w:pPr>
        <w:pStyle w:val="Heading1"/>
      </w:pPr>
    </w:p>
    <w:p w14:paraId="53DA41D1" w14:textId="77777777" w:rsidR="00FC3027" w:rsidRDefault="00FC3027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76D7E788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1BCF6B38" w14:textId="77777777" w:rsidR="00BF07C3" w:rsidRPr="00BF07C3" w:rsidRDefault="00BF07C3" w:rsidP="00BF07C3">
      <w:pPr>
        <w:rPr>
          <w:lang w:val="en-US"/>
        </w:rPr>
      </w:pPr>
      <w:r w:rsidRPr="00BF07C3">
        <w:rPr>
          <w:lang w:val="en-US"/>
        </w:rP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7C9562DE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EndPr/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5D1CCCAF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34E53D17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687B8572" w14:textId="210F1637" w:rsidR="00CD745A" w:rsidRPr="00446759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5AD3F0BB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F07C3" w:rsidRPr="00260F73" w14:paraId="458CBEDB" w14:textId="77777777" w:rsidTr="00CD745A">
        <w:tc>
          <w:tcPr>
            <w:tcW w:w="2723" w:type="dxa"/>
            <w:vAlign w:val="center"/>
          </w:tcPr>
          <w:p w14:paraId="0904C7D9" w14:textId="44DAD8BA" w:rsidR="00BF07C3" w:rsidRPr="00015574" w:rsidRDefault="00BF07C3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3EAA862C" w14:textId="0EAA108B" w:rsidR="00BF07C3" w:rsidRDefault="00BF07C3" w:rsidP="00C7253B">
            <w:r>
              <w:t xml:space="preserve">Complete </w:t>
            </w:r>
            <w:sdt>
              <w:sdtPr>
                <w:id w:val="-163864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773839C" w14:textId="4C2A0C2B" w:rsidR="00BF07C3" w:rsidRDefault="00BF07C3" w:rsidP="00C7253B">
            <w:r>
              <w:t xml:space="preserve">Ongoing </w:t>
            </w:r>
            <w:sdt>
              <w:sdtPr>
                <w:id w:val="1509407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5816F265" w:rsidR="00CD745A" w:rsidRPr="00260F73" w:rsidRDefault="00CD745A" w:rsidP="00CD745A"/>
        </w:tc>
      </w:tr>
      <w:tr w:rsidR="003713D2" w:rsidRPr="00260F73" w14:paraId="5A7BC055" w14:textId="77777777" w:rsidTr="00695860">
        <w:tc>
          <w:tcPr>
            <w:tcW w:w="9350" w:type="dxa"/>
            <w:gridSpan w:val="2"/>
          </w:tcPr>
          <w:p w14:paraId="08164C5A" w14:textId="408483C4" w:rsidR="003713D2" w:rsidRPr="00015574" w:rsidRDefault="003713D2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47045306"/>
                <w:placeholder>
                  <w:docPart w:val="2636CEBDA55446F2B898CE82D65A7F19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713D2" w:rsidRPr="00260F73" w14:paraId="2145186D" w14:textId="77777777" w:rsidTr="00CD745A">
        <w:tc>
          <w:tcPr>
            <w:tcW w:w="2723" w:type="dxa"/>
            <w:vAlign w:val="center"/>
          </w:tcPr>
          <w:p w14:paraId="588E5A17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44719331"/>
            <w:placeholder>
              <w:docPart w:val="B1AD7A19AFD34107A93F340107E987C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822FCB2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3DB2023" w14:textId="77777777" w:rsidTr="00CD745A">
        <w:tc>
          <w:tcPr>
            <w:tcW w:w="2723" w:type="dxa"/>
            <w:vAlign w:val="center"/>
          </w:tcPr>
          <w:p w14:paraId="72C6C651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06710911"/>
            <w:placeholder>
              <w:docPart w:val="886A75EF89754CCCA94133C3ED14837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EB2FE8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F06F30B" w14:textId="77777777" w:rsidTr="00CD745A">
        <w:tc>
          <w:tcPr>
            <w:tcW w:w="2723" w:type="dxa"/>
            <w:vAlign w:val="center"/>
          </w:tcPr>
          <w:p w14:paraId="486CC72A" w14:textId="77777777" w:rsidR="003713D2" w:rsidRPr="00446759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12066124"/>
            <w:placeholder>
              <w:docPart w:val="5ED57F54BA834AB1B5607992871117D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021780B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5F6EF2A" w14:textId="77777777" w:rsidTr="00CD745A">
        <w:tc>
          <w:tcPr>
            <w:tcW w:w="2723" w:type="dxa"/>
            <w:vAlign w:val="center"/>
          </w:tcPr>
          <w:p w14:paraId="78A6DDE9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95063232"/>
            <w:placeholder>
              <w:docPart w:val="6DFABCABA0B9461DA7D3E68645D5FAB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49C29A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F07C3" w:rsidRPr="00260F73" w14:paraId="48F01ED1" w14:textId="77777777" w:rsidTr="00CD745A">
        <w:tc>
          <w:tcPr>
            <w:tcW w:w="2723" w:type="dxa"/>
            <w:vAlign w:val="center"/>
          </w:tcPr>
          <w:p w14:paraId="456169FE" w14:textId="45936E45" w:rsidR="00BF07C3" w:rsidRPr="00015574" w:rsidRDefault="00BF07C3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1C36F531" w14:textId="77777777" w:rsidR="00BF07C3" w:rsidRDefault="00BF07C3" w:rsidP="00BF07C3">
            <w:r>
              <w:t xml:space="preserve">Complete </w:t>
            </w:r>
            <w:sdt>
              <w:sdtPr>
                <w:id w:val="-1709329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52C20B8" w14:textId="036912A7" w:rsidR="00BF07C3" w:rsidRDefault="00BF07C3" w:rsidP="00BF07C3">
            <w:r>
              <w:t xml:space="preserve">Ongoing </w:t>
            </w:r>
            <w:sdt>
              <w:sdtPr>
                <w:id w:val="1145242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70147D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ED69CFE" w14:textId="77777777" w:rsidR="003713D2" w:rsidRPr="00015574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A519656" w14:textId="77777777" w:rsidR="003713D2" w:rsidRPr="00260F73" w:rsidRDefault="003713D2" w:rsidP="00CD745A">
            <w:r w:rsidRPr="00260F73">
              <w:t xml:space="preserve">Yes </w:t>
            </w:r>
            <w:sdt>
              <w:sdtPr>
                <w:id w:val="-56479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285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C9E775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D1063" w14:textId="77777777" w:rsidR="003713D2" w:rsidRPr="00260F73" w:rsidRDefault="003713D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AA2A6" w14:textId="4E3774B1" w:rsidR="003713D2" w:rsidRPr="00260F73" w:rsidRDefault="003713D2" w:rsidP="00CD745A"/>
        </w:tc>
      </w:tr>
      <w:tr w:rsidR="00FC3027" w:rsidRPr="00260F73" w14:paraId="3F97DDD5" w14:textId="77777777" w:rsidTr="00695860">
        <w:tc>
          <w:tcPr>
            <w:tcW w:w="9350" w:type="dxa"/>
            <w:gridSpan w:val="2"/>
          </w:tcPr>
          <w:p w14:paraId="1874456B" w14:textId="238185C1" w:rsidR="00FC3027" w:rsidRPr="00015574" w:rsidRDefault="00FC3027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386106827"/>
                <w:placeholder>
                  <w:docPart w:val="609C6F31861D4F908E7541D59484F049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FC3027" w:rsidRPr="00260F73" w14:paraId="6E81B2F2" w14:textId="77777777" w:rsidTr="00CD745A">
        <w:tc>
          <w:tcPr>
            <w:tcW w:w="2723" w:type="dxa"/>
            <w:vAlign w:val="center"/>
          </w:tcPr>
          <w:p w14:paraId="4026048D" w14:textId="77777777" w:rsidR="00FC3027" w:rsidRPr="00015574" w:rsidRDefault="00FC302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338833164"/>
            <w:placeholder>
              <w:docPart w:val="F6E673272C6546939117097A72DEBF1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D897CB4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199367CB" w14:textId="77777777" w:rsidTr="00CD745A">
        <w:tc>
          <w:tcPr>
            <w:tcW w:w="2723" w:type="dxa"/>
            <w:vAlign w:val="center"/>
          </w:tcPr>
          <w:p w14:paraId="00BAD88B" w14:textId="77777777" w:rsidR="00FC3027" w:rsidRPr="00015574" w:rsidRDefault="00FC302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64788525"/>
            <w:placeholder>
              <w:docPart w:val="35B25BAAFE0346BABE92599F19AEC58E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B11EBE5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7A7A7F45" w14:textId="77777777" w:rsidTr="00CD745A">
        <w:tc>
          <w:tcPr>
            <w:tcW w:w="2723" w:type="dxa"/>
            <w:vAlign w:val="center"/>
          </w:tcPr>
          <w:p w14:paraId="47018D2E" w14:textId="77777777" w:rsidR="00FC3027" w:rsidRPr="00446759" w:rsidRDefault="00FC3027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181661445"/>
            <w:placeholder>
              <w:docPart w:val="051AEC8A0C0A4BA6BC16B608892D3735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1920946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112CD25A" w14:textId="77777777" w:rsidTr="00CD745A">
        <w:tc>
          <w:tcPr>
            <w:tcW w:w="2723" w:type="dxa"/>
            <w:vAlign w:val="center"/>
          </w:tcPr>
          <w:p w14:paraId="487166CA" w14:textId="77777777" w:rsidR="00FC3027" w:rsidRPr="00015574" w:rsidRDefault="00FC302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459299834"/>
            <w:placeholder>
              <w:docPart w:val="26B8EDBEE6034315B69833589FDEFE3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41811C70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3B6C23BB" w14:textId="77777777" w:rsidTr="00CD745A">
        <w:tc>
          <w:tcPr>
            <w:tcW w:w="2723" w:type="dxa"/>
            <w:vAlign w:val="center"/>
          </w:tcPr>
          <w:p w14:paraId="7F8E7C1E" w14:textId="77777777" w:rsidR="00FC3027" w:rsidRPr="00015574" w:rsidRDefault="00FC3027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183C784C" w14:textId="77777777" w:rsidR="00FC3027" w:rsidRDefault="00FC3027" w:rsidP="00BF07C3">
            <w:r>
              <w:t xml:space="preserve">Complete </w:t>
            </w:r>
            <w:sdt>
              <w:sdtPr>
                <w:id w:val="899012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2DFB693" w14:textId="77777777" w:rsidR="00FC3027" w:rsidRDefault="00FC3027" w:rsidP="00BF07C3">
            <w:r>
              <w:t xml:space="preserve">Ongoing </w:t>
            </w:r>
            <w:sdt>
              <w:sdtPr>
                <w:id w:val="26148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6CF83A8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3EA3A037" w14:textId="77777777" w:rsidR="00FC3027" w:rsidRPr="00015574" w:rsidRDefault="00FC3027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26462B4F" w14:textId="77777777" w:rsidR="00FC3027" w:rsidRPr="00260F73" w:rsidRDefault="00FC3027" w:rsidP="00CD745A">
            <w:r w:rsidRPr="00260F73">
              <w:t xml:space="preserve">Yes </w:t>
            </w:r>
            <w:sdt>
              <w:sdtPr>
                <w:id w:val="155113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856186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6076A043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EB5705" w14:textId="77777777" w:rsidR="00FC3027" w:rsidRPr="00260F73" w:rsidRDefault="00FC3027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7610FE" w14:textId="06486CC5" w:rsidR="00FC3027" w:rsidRPr="00260F73" w:rsidRDefault="00FC3027" w:rsidP="00CD745A"/>
        </w:tc>
      </w:tr>
      <w:tr w:rsidR="00FC3027" w:rsidRPr="00260F73" w14:paraId="3E077ED2" w14:textId="77777777" w:rsidTr="00695860">
        <w:tc>
          <w:tcPr>
            <w:tcW w:w="9350" w:type="dxa"/>
            <w:gridSpan w:val="2"/>
          </w:tcPr>
          <w:p w14:paraId="79BC0B39" w14:textId="5792141E" w:rsidR="00FC3027" w:rsidRPr="00015574" w:rsidRDefault="00FC3027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566382376"/>
                <w:placeholder>
                  <w:docPart w:val="90242774AF3B459F9BDA5103DE54813B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FC3027" w:rsidRPr="00260F73" w14:paraId="639FB431" w14:textId="77777777" w:rsidTr="00CD745A">
        <w:tc>
          <w:tcPr>
            <w:tcW w:w="2723" w:type="dxa"/>
            <w:vAlign w:val="center"/>
          </w:tcPr>
          <w:p w14:paraId="40992012" w14:textId="77777777" w:rsidR="00FC3027" w:rsidRPr="00015574" w:rsidRDefault="00FC302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368273354"/>
            <w:placeholder>
              <w:docPart w:val="846DB051C76D4BF2A7FE945C4837BD75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D702DF3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5A953BA3" w14:textId="77777777" w:rsidTr="00CD745A">
        <w:tc>
          <w:tcPr>
            <w:tcW w:w="2723" w:type="dxa"/>
            <w:vAlign w:val="center"/>
          </w:tcPr>
          <w:p w14:paraId="00D0B1BE" w14:textId="77777777" w:rsidR="00FC3027" w:rsidRPr="00015574" w:rsidRDefault="00FC302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8412178"/>
            <w:placeholder>
              <w:docPart w:val="D4058062C6B842779545411D3DB911C5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13F75C0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1BB43906" w14:textId="77777777" w:rsidTr="00CD745A">
        <w:tc>
          <w:tcPr>
            <w:tcW w:w="2723" w:type="dxa"/>
            <w:vAlign w:val="center"/>
          </w:tcPr>
          <w:p w14:paraId="2A1DCF4E" w14:textId="77777777" w:rsidR="00FC3027" w:rsidRPr="00446759" w:rsidRDefault="00FC3027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773013722"/>
            <w:placeholder>
              <w:docPart w:val="9CE81A0874084177901AFAF08733153C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4A6BD2D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46B1DB70" w14:textId="77777777" w:rsidTr="00CD745A">
        <w:tc>
          <w:tcPr>
            <w:tcW w:w="2723" w:type="dxa"/>
            <w:vAlign w:val="center"/>
          </w:tcPr>
          <w:p w14:paraId="6BFC4E34" w14:textId="77777777" w:rsidR="00FC3027" w:rsidRPr="00015574" w:rsidRDefault="00FC302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144108285"/>
            <w:placeholder>
              <w:docPart w:val="18FBECCFA09645B49F23F626CADED9D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4951157B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122AB5BA" w14:textId="77777777" w:rsidTr="00CD745A">
        <w:tc>
          <w:tcPr>
            <w:tcW w:w="2723" w:type="dxa"/>
            <w:vAlign w:val="center"/>
          </w:tcPr>
          <w:p w14:paraId="303C23AB" w14:textId="77777777" w:rsidR="00FC3027" w:rsidRPr="00015574" w:rsidRDefault="00FC3027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0E3111A5" w14:textId="77777777" w:rsidR="00FC3027" w:rsidRDefault="00FC3027" w:rsidP="00BF07C3">
            <w:r>
              <w:t xml:space="preserve">Complete </w:t>
            </w:r>
            <w:sdt>
              <w:sdtPr>
                <w:id w:val="-124256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B7E951A" w14:textId="77777777" w:rsidR="00FC3027" w:rsidRDefault="00FC3027" w:rsidP="00BF07C3">
            <w:r>
              <w:t xml:space="preserve">Ongoing </w:t>
            </w:r>
            <w:sdt>
              <w:sdtPr>
                <w:id w:val="-1546975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2715B1DB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0B8A6BA7" w14:textId="77777777" w:rsidR="00FC3027" w:rsidRPr="00015574" w:rsidRDefault="00FC3027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5850994B" w14:textId="77777777" w:rsidR="00FC3027" w:rsidRPr="00260F73" w:rsidRDefault="00FC3027" w:rsidP="00CD745A">
            <w:r w:rsidRPr="00260F73">
              <w:t xml:space="preserve">Yes </w:t>
            </w:r>
            <w:sdt>
              <w:sdtPr>
                <w:id w:val="-125289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383857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6420E7A4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54EFB6" w14:textId="77777777" w:rsidR="00FC3027" w:rsidRPr="00260F73" w:rsidRDefault="00FC3027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CC1BB" w14:textId="6174C40D" w:rsidR="00FC3027" w:rsidRPr="00260F73" w:rsidRDefault="00FC3027" w:rsidP="00CD745A"/>
        </w:tc>
      </w:tr>
      <w:tr w:rsidR="00FC3027" w:rsidRPr="00260F73" w14:paraId="73366B2C" w14:textId="77777777" w:rsidTr="00695860">
        <w:tc>
          <w:tcPr>
            <w:tcW w:w="9350" w:type="dxa"/>
            <w:gridSpan w:val="2"/>
          </w:tcPr>
          <w:p w14:paraId="22E9823F" w14:textId="1964C260" w:rsidR="00FC3027" w:rsidRPr="00015574" w:rsidRDefault="00FC3027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1048608928"/>
                <w:placeholder>
                  <w:docPart w:val="5F381235D6DD4C349CAA92B90BA6FD4B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FC3027" w:rsidRPr="00260F73" w14:paraId="66992DF5" w14:textId="77777777" w:rsidTr="00CD745A">
        <w:tc>
          <w:tcPr>
            <w:tcW w:w="2723" w:type="dxa"/>
            <w:vAlign w:val="center"/>
          </w:tcPr>
          <w:p w14:paraId="09BA7159" w14:textId="77777777" w:rsidR="00FC3027" w:rsidRPr="00015574" w:rsidRDefault="00FC302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656144237"/>
            <w:placeholder>
              <w:docPart w:val="776DD6E3C2D54B8180808CC19CDFD98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09B0845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789C011B" w14:textId="77777777" w:rsidTr="00CD745A">
        <w:tc>
          <w:tcPr>
            <w:tcW w:w="2723" w:type="dxa"/>
            <w:vAlign w:val="center"/>
          </w:tcPr>
          <w:p w14:paraId="1D85099D" w14:textId="77777777" w:rsidR="00FC3027" w:rsidRPr="00015574" w:rsidRDefault="00FC302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282302369"/>
            <w:placeholder>
              <w:docPart w:val="8E82943E1B374E5AA67E88025C3BF5DE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3CE9E4F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7F51E24D" w14:textId="77777777" w:rsidTr="00CD745A">
        <w:tc>
          <w:tcPr>
            <w:tcW w:w="2723" w:type="dxa"/>
            <w:vAlign w:val="center"/>
          </w:tcPr>
          <w:p w14:paraId="13E362CB" w14:textId="77777777" w:rsidR="00FC3027" w:rsidRPr="00446759" w:rsidRDefault="00FC3027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302685326"/>
            <w:placeholder>
              <w:docPart w:val="317D41107A8045679D7697BDE31B83F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551D480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71E78F6A" w14:textId="77777777" w:rsidTr="00CD745A">
        <w:tc>
          <w:tcPr>
            <w:tcW w:w="2723" w:type="dxa"/>
            <w:vAlign w:val="center"/>
          </w:tcPr>
          <w:p w14:paraId="03639FD5" w14:textId="77777777" w:rsidR="00FC3027" w:rsidRPr="00015574" w:rsidRDefault="00FC3027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3783928"/>
            <w:placeholder>
              <w:docPart w:val="DC549A4142B844C8B5E19B0366EAF70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1FF76B99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C3027" w:rsidRPr="00260F73" w14:paraId="714CC47A" w14:textId="77777777" w:rsidTr="00CD745A">
        <w:tc>
          <w:tcPr>
            <w:tcW w:w="2723" w:type="dxa"/>
            <w:vAlign w:val="center"/>
          </w:tcPr>
          <w:p w14:paraId="5B75D69C" w14:textId="77777777" w:rsidR="00FC3027" w:rsidRPr="00015574" w:rsidRDefault="00FC3027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52B6F750" w14:textId="77777777" w:rsidR="00FC3027" w:rsidRDefault="00FC3027" w:rsidP="00BF07C3">
            <w:r>
              <w:t xml:space="preserve">Complete </w:t>
            </w:r>
            <w:sdt>
              <w:sdtPr>
                <w:id w:val="1792164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03A8D55" w14:textId="77777777" w:rsidR="00FC3027" w:rsidRDefault="00FC3027" w:rsidP="00BF07C3">
            <w:r>
              <w:t xml:space="preserve">Ongoing </w:t>
            </w:r>
            <w:sdt>
              <w:sdtPr>
                <w:id w:val="889619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74E60BC7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91A6AEB" w14:textId="77777777" w:rsidR="00FC3027" w:rsidRPr="00015574" w:rsidRDefault="00FC3027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58470BD" w14:textId="77777777" w:rsidR="00FC3027" w:rsidRPr="00260F73" w:rsidRDefault="00FC3027" w:rsidP="00CD745A">
            <w:r w:rsidRPr="00260F73">
              <w:t xml:space="preserve">Yes </w:t>
            </w:r>
            <w:sdt>
              <w:sdtPr>
                <w:id w:val="201989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697070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6E17EDB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5EBAB8" w14:textId="77777777" w:rsidR="00FC3027" w:rsidRPr="00260F73" w:rsidRDefault="00FC3027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2DEE33" w14:textId="3C8CB1FF" w:rsidR="00FC3027" w:rsidRPr="00260F73" w:rsidRDefault="00FC3027" w:rsidP="00CD745A"/>
        </w:tc>
      </w:tr>
    </w:tbl>
    <w:p w14:paraId="2285E4E9" w14:textId="77777777" w:rsidR="00FC3027" w:rsidRDefault="00FC3027" w:rsidP="00FC3027"/>
    <w:p w14:paraId="1D965D51" w14:textId="77777777" w:rsidR="00FC3027" w:rsidRDefault="00FC3027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05AB7439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2FD9D8F3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3C0725DD" w:rsidR="00E9708F" w:rsidRPr="00260F73" w:rsidRDefault="00E9708F"/>
        </w:tc>
      </w:tr>
      <w:tr w:rsidR="003713D2" w:rsidRPr="00260F73" w14:paraId="60A6C45B" w14:textId="77777777" w:rsidTr="00A0792E">
        <w:tc>
          <w:tcPr>
            <w:tcW w:w="2689" w:type="dxa"/>
          </w:tcPr>
          <w:p w14:paraId="6E46C46E" w14:textId="03C3B7CA" w:rsidR="003713D2" w:rsidRPr="00260F73" w:rsidRDefault="003713D2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83367350"/>
            <w:placeholder>
              <w:docPart w:val="9F98BD6A7E484DF08110B1C4E624D3D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BEA901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0734555" w14:textId="77777777" w:rsidTr="00A0792E">
        <w:tc>
          <w:tcPr>
            <w:tcW w:w="2689" w:type="dxa"/>
          </w:tcPr>
          <w:p w14:paraId="78C7B684" w14:textId="77777777" w:rsidR="003713D2" w:rsidRPr="00260F73" w:rsidRDefault="003713D2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31882914"/>
            <w:placeholder>
              <w:docPart w:val="233C5AFA5E7E4902A9BB228B214E579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0B1CF8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2FB98C1F" w14:textId="77777777" w:rsidTr="00A0792E">
        <w:tc>
          <w:tcPr>
            <w:tcW w:w="2689" w:type="dxa"/>
          </w:tcPr>
          <w:p w14:paraId="4137BF2C" w14:textId="77777777" w:rsidR="003713D2" w:rsidRPr="00260F73" w:rsidRDefault="003713D2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0417740"/>
            <w:placeholder>
              <w:docPart w:val="1B8839E78C2545FD826212E931A37F3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2ADC70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17ED9A3" w14:textId="77777777" w:rsidTr="00A0792E">
        <w:tc>
          <w:tcPr>
            <w:tcW w:w="2689" w:type="dxa"/>
          </w:tcPr>
          <w:p w14:paraId="7C4151A8" w14:textId="77777777" w:rsidR="003713D2" w:rsidRPr="00260F73" w:rsidRDefault="003713D2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0E69669" w14:textId="77777777" w:rsidR="003713D2" w:rsidRPr="00260F73" w:rsidRDefault="003713D2"/>
        </w:tc>
        <w:sdt>
          <w:sdtPr>
            <w:id w:val="428003593"/>
            <w:placeholder>
              <w:docPart w:val="69B61E07360347BCBC59BA9F385F723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9252810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3D1D623" w14:textId="77777777" w:rsidTr="00A0792E">
        <w:tc>
          <w:tcPr>
            <w:tcW w:w="2689" w:type="dxa"/>
          </w:tcPr>
          <w:p w14:paraId="7A70044C" w14:textId="77777777" w:rsidR="003713D2" w:rsidRPr="00260F73" w:rsidRDefault="003713D2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661DFC2" w14:textId="77777777" w:rsidR="003713D2" w:rsidRPr="00260F73" w:rsidRDefault="003713D2">
            <w:r w:rsidRPr="00260F73">
              <w:t xml:space="preserve">Complete  </w:t>
            </w:r>
            <w:sdt>
              <w:sdtPr>
                <w:id w:val="-15826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44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39E0342" w14:textId="77777777" w:rsidTr="00A0792E">
        <w:tc>
          <w:tcPr>
            <w:tcW w:w="2689" w:type="dxa"/>
          </w:tcPr>
          <w:p w14:paraId="0D879AD9" w14:textId="77777777" w:rsidR="003713D2" w:rsidRPr="00260F73" w:rsidRDefault="003713D2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529011247"/>
            <w:placeholder>
              <w:docPart w:val="EEADD47DEE724B839CD6026B1BF75AA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64C2E6E" w14:textId="77777777" w:rsidR="003713D2" w:rsidRPr="00260F73" w:rsidRDefault="003713D2" w:rsidP="00016A95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713D2" w:rsidRPr="00260F73" w14:paraId="4F76E790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FEFD7E3" w14:textId="77777777" w:rsidR="003713D2" w:rsidRPr="00260F73" w:rsidRDefault="003713D2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F3A024B" w14:textId="77777777" w:rsidR="003713D2" w:rsidRPr="00260F73" w:rsidRDefault="003713D2">
            <w:r w:rsidRPr="00260F73">
              <w:t xml:space="preserve">Yes </w:t>
            </w:r>
            <w:sdt>
              <w:sdtPr>
                <w:id w:val="139230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687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1A6A0C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E63DE" w14:textId="05E38075" w:rsidR="003713D2" w:rsidRPr="00260F73" w:rsidRDefault="003713D2"/>
        </w:tc>
      </w:tr>
      <w:tr w:rsidR="00FC3027" w:rsidRPr="00260F73" w14:paraId="29CDFEAF" w14:textId="77777777" w:rsidTr="00A0792E">
        <w:tc>
          <w:tcPr>
            <w:tcW w:w="2689" w:type="dxa"/>
          </w:tcPr>
          <w:p w14:paraId="5FF46A56" w14:textId="721578F6" w:rsidR="00FC3027" w:rsidRPr="00260F73" w:rsidRDefault="00FC3027">
            <w:r w:rsidRPr="00260F73">
              <w:rPr>
                <w:b/>
                <w:bCs/>
              </w:rPr>
              <w:t>Role</w:t>
            </w:r>
          </w:p>
        </w:tc>
        <w:sdt>
          <w:sdtPr>
            <w:id w:val="1284308615"/>
            <w:placeholder>
              <w:docPart w:val="3438646BCB984B5FAC1AAED5D71FBA07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EA061A0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0F4D16F4" w14:textId="77777777" w:rsidTr="00A0792E">
        <w:tc>
          <w:tcPr>
            <w:tcW w:w="2689" w:type="dxa"/>
          </w:tcPr>
          <w:p w14:paraId="5EB044F5" w14:textId="77777777" w:rsidR="00FC3027" w:rsidRPr="00260F73" w:rsidRDefault="00FC3027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62628304"/>
            <w:placeholder>
              <w:docPart w:val="DABED7BFC2C440E7AF3213FDD18C614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B524C7D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03473AAF" w14:textId="77777777" w:rsidTr="00A0792E">
        <w:tc>
          <w:tcPr>
            <w:tcW w:w="2689" w:type="dxa"/>
          </w:tcPr>
          <w:p w14:paraId="1B764351" w14:textId="77777777" w:rsidR="00FC3027" w:rsidRPr="00260F73" w:rsidRDefault="00FC3027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439225624"/>
            <w:placeholder>
              <w:docPart w:val="CA5ACA671B364643B165BAB6776AC1C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3014881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666C57F1" w14:textId="77777777" w:rsidTr="00A0792E">
        <w:tc>
          <w:tcPr>
            <w:tcW w:w="2689" w:type="dxa"/>
          </w:tcPr>
          <w:p w14:paraId="5EA2F96E" w14:textId="77777777" w:rsidR="00FC3027" w:rsidRPr="00260F73" w:rsidRDefault="00FC3027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2D47D119" w14:textId="77777777" w:rsidR="00FC3027" w:rsidRPr="00260F73" w:rsidRDefault="00FC3027"/>
        </w:tc>
        <w:sdt>
          <w:sdtPr>
            <w:id w:val="582503701"/>
            <w:placeholder>
              <w:docPart w:val="753824C64FBB4CE3A39DDC86435F78D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72D7849" w14:textId="77777777" w:rsidR="00FC3027" w:rsidRPr="00260F73" w:rsidRDefault="00FC3027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1A877B37" w14:textId="77777777" w:rsidTr="00A0792E">
        <w:tc>
          <w:tcPr>
            <w:tcW w:w="2689" w:type="dxa"/>
          </w:tcPr>
          <w:p w14:paraId="6576A711" w14:textId="77777777" w:rsidR="00FC3027" w:rsidRPr="00260F73" w:rsidRDefault="00FC3027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3F4344F" w14:textId="77777777" w:rsidR="00FC3027" w:rsidRPr="00260F73" w:rsidRDefault="00FC3027">
            <w:r w:rsidRPr="00260F73">
              <w:t xml:space="preserve">Complete  </w:t>
            </w:r>
            <w:sdt>
              <w:sdtPr>
                <w:id w:val="19989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591924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51DB0DC2" w14:textId="77777777" w:rsidTr="00A0792E">
        <w:tc>
          <w:tcPr>
            <w:tcW w:w="2689" w:type="dxa"/>
          </w:tcPr>
          <w:p w14:paraId="5A8EAF84" w14:textId="77777777" w:rsidR="00FC3027" w:rsidRPr="00260F73" w:rsidRDefault="00FC3027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1159354968"/>
            <w:placeholder>
              <w:docPart w:val="6AF0CEE226EF4B9C9E9B00D3C80280D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EF0402F" w14:textId="77777777" w:rsidR="00FC3027" w:rsidRPr="00260F73" w:rsidRDefault="00FC3027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C3027" w:rsidRPr="00260F73" w14:paraId="0E0CF58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5BABBEA4" w14:textId="77777777" w:rsidR="00FC3027" w:rsidRPr="00260F73" w:rsidRDefault="00FC3027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6BD7A62" w14:textId="77777777" w:rsidR="00FC3027" w:rsidRPr="00260F73" w:rsidRDefault="00FC3027">
            <w:r w:rsidRPr="00260F73">
              <w:t xml:space="preserve">Yes </w:t>
            </w:r>
            <w:sdt>
              <w:sdtPr>
                <w:id w:val="894162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61783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472A6549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9765D5" w14:textId="77777777" w:rsidR="00FC3027" w:rsidRPr="00260F73" w:rsidRDefault="00FC3027" w:rsidP="000B319E"/>
        </w:tc>
      </w:tr>
      <w:tr w:rsidR="00FC3027" w:rsidRPr="00260F73" w14:paraId="0D267CDF" w14:textId="77777777" w:rsidTr="000B319E">
        <w:tc>
          <w:tcPr>
            <w:tcW w:w="2689" w:type="dxa"/>
          </w:tcPr>
          <w:p w14:paraId="407C713E" w14:textId="77777777" w:rsidR="00FC3027" w:rsidRPr="00260F73" w:rsidRDefault="00FC3027" w:rsidP="000B319E">
            <w:r w:rsidRPr="00260F73">
              <w:rPr>
                <w:b/>
                <w:bCs/>
              </w:rPr>
              <w:t>Role</w:t>
            </w:r>
          </w:p>
        </w:tc>
        <w:sdt>
          <w:sdtPr>
            <w:id w:val="1398018469"/>
            <w:placeholder>
              <w:docPart w:val="B158DC98C77F4738B5AD4BED314F0D3C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1113B8F" w14:textId="77777777" w:rsidR="00FC3027" w:rsidRPr="00260F73" w:rsidRDefault="00FC3027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0385ACF6" w14:textId="77777777" w:rsidTr="000B319E">
        <w:tc>
          <w:tcPr>
            <w:tcW w:w="2689" w:type="dxa"/>
          </w:tcPr>
          <w:p w14:paraId="18913907" w14:textId="77777777" w:rsidR="00FC3027" w:rsidRPr="00260F73" w:rsidRDefault="00FC3027" w:rsidP="000B319E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799656210"/>
            <w:placeholder>
              <w:docPart w:val="BA4A5C7695E948D1B1328A6E86D9D9E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645817F" w14:textId="77777777" w:rsidR="00FC3027" w:rsidRPr="00260F73" w:rsidRDefault="00FC3027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2BD9EDC2" w14:textId="77777777" w:rsidTr="000B319E">
        <w:tc>
          <w:tcPr>
            <w:tcW w:w="2689" w:type="dxa"/>
          </w:tcPr>
          <w:p w14:paraId="3A48FD98" w14:textId="77777777" w:rsidR="00FC3027" w:rsidRPr="00260F73" w:rsidRDefault="00FC3027" w:rsidP="000B319E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256174180"/>
            <w:placeholder>
              <w:docPart w:val="20977693B3CD42FCAF13D9C09EBE29A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D359676" w14:textId="77777777" w:rsidR="00FC3027" w:rsidRPr="00260F73" w:rsidRDefault="00FC3027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2FEE7598" w14:textId="77777777" w:rsidTr="000B319E">
        <w:tc>
          <w:tcPr>
            <w:tcW w:w="2689" w:type="dxa"/>
          </w:tcPr>
          <w:p w14:paraId="6282EA7D" w14:textId="77777777" w:rsidR="00FC3027" w:rsidRPr="00260F73" w:rsidRDefault="00FC3027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536AB465" w14:textId="77777777" w:rsidR="00FC3027" w:rsidRPr="00260F73" w:rsidRDefault="00FC3027" w:rsidP="000B319E"/>
        </w:tc>
        <w:sdt>
          <w:sdtPr>
            <w:id w:val="-1306694510"/>
            <w:placeholder>
              <w:docPart w:val="75700D897F334280A105BAD970294EE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F97719D" w14:textId="77777777" w:rsidR="00FC3027" w:rsidRPr="00260F73" w:rsidRDefault="00FC3027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6F00A5DC" w14:textId="77777777" w:rsidTr="000B319E">
        <w:tc>
          <w:tcPr>
            <w:tcW w:w="2689" w:type="dxa"/>
          </w:tcPr>
          <w:p w14:paraId="6A220EB9" w14:textId="77777777" w:rsidR="00FC3027" w:rsidRPr="00260F73" w:rsidRDefault="00FC3027" w:rsidP="000B319E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79BCC7D" w14:textId="77777777" w:rsidR="00FC3027" w:rsidRPr="00260F73" w:rsidRDefault="00FC3027" w:rsidP="000B319E">
            <w:r w:rsidRPr="00260F73">
              <w:t xml:space="preserve">Complete  </w:t>
            </w:r>
            <w:sdt>
              <w:sdtPr>
                <w:id w:val="176549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761181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2E20D2C6" w14:textId="77777777" w:rsidTr="000B319E">
        <w:tc>
          <w:tcPr>
            <w:tcW w:w="2689" w:type="dxa"/>
          </w:tcPr>
          <w:p w14:paraId="06E7C995" w14:textId="77777777" w:rsidR="00FC3027" w:rsidRPr="00260F73" w:rsidRDefault="00FC3027" w:rsidP="000B319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Formal role or Informal teaching</w:t>
            </w:r>
          </w:p>
        </w:tc>
        <w:sdt>
          <w:sdtPr>
            <w:id w:val="204372988"/>
            <w:placeholder>
              <w:docPart w:val="B311145ED09E4AB6BEBB308AADA1F01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52D18E6" w14:textId="77777777" w:rsidR="00FC3027" w:rsidRPr="00260F73" w:rsidRDefault="00FC3027" w:rsidP="000B319E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C3027" w:rsidRPr="00260F73" w14:paraId="2217EEC2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3C42B7A4" w14:textId="77777777" w:rsidR="00FC3027" w:rsidRPr="00260F73" w:rsidRDefault="00FC3027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68BF3E1" w14:textId="77777777" w:rsidR="00FC3027" w:rsidRPr="00260F73" w:rsidRDefault="00FC3027" w:rsidP="000B319E">
            <w:r w:rsidRPr="00260F73">
              <w:t xml:space="preserve">Yes </w:t>
            </w:r>
            <w:sdt>
              <w:sdtPr>
                <w:id w:val="-765075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26252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5F3254B6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30FBA2" w14:textId="77777777" w:rsidR="00FC3027" w:rsidRPr="00260F73" w:rsidRDefault="00FC3027" w:rsidP="000B319E"/>
        </w:tc>
      </w:tr>
      <w:tr w:rsidR="00FC3027" w:rsidRPr="00260F73" w14:paraId="58470FA4" w14:textId="77777777" w:rsidTr="000B319E">
        <w:tc>
          <w:tcPr>
            <w:tcW w:w="2689" w:type="dxa"/>
          </w:tcPr>
          <w:p w14:paraId="28E8A24F" w14:textId="77777777" w:rsidR="00FC3027" w:rsidRPr="00260F73" w:rsidRDefault="00FC3027" w:rsidP="000B319E">
            <w:r w:rsidRPr="00260F73">
              <w:rPr>
                <w:b/>
                <w:bCs/>
              </w:rPr>
              <w:t>Role</w:t>
            </w:r>
          </w:p>
        </w:tc>
        <w:sdt>
          <w:sdtPr>
            <w:id w:val="-1013448033"/>
            <w:placeholder>
              <w:docPart w:val="2F78CCE6B5984C1BA7314903C0E27657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FA78284" w14:textId="77777777" w:rsidR="00FC3027" w:rsidRPr="00260F73" w:rsidRDefault="00FC3027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702654C4" w14:textId="77777777" w:rsidTr="000B319E">
        <w:tc>
          <w:tcPr>
            <w:tcW w:w="2689" w:type="dxa"/>
          </w:tcPr>
          <w:p w14:paraId="392FF300" w14:textId="77777777" w:rsidR="00FC3027" w:rsidRPr="00260F73" w:rsidRDefault="00FC3027" w:rsidP="000B319E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885490478"/>
            <w:placeholder>
              <w:docPart w:val="ABBC35B01447481C9C051CF2FC0472A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F8A1A77" w14:textId="77777777" w:rsidR="00FC3027" w:rsidRPr="00260F73" w:rsidRDefault="00FC3027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3C91669F" w14:textId="77777777" w:rsidTr="000B319E">
        <w:tc>
          <w:tcPr>
            <w:tcW w:w="2689" w:type="dxa"/>
          </w:tcPr>
          <w:p w14:paraId="098EE80E" w14:textId="77777777" w:rsidR="00FC3027" w:rsidRPr="00260F73" w:rsidRDefault="00FC3027" w:rsidP="000B319E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469668596"/>
            <w:placeholder>
              <w:docPart w:val="0DA6829612434B8FA829622EA358C9F5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A691682" w14:textId="77777777" w:rsidR="00FC3027" w:rsidRPr="00260F73" w:rsidRDefault="00FC3027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500089E2" w14:textId="77777777" w:rsidTr="000B319E">
        <w:tc>
          <w:tcPr>
            <w:tcW w:w="2689" w:type="dxa"/>
          </w:tcPr>
          <w:p w14:paraId="311AC318" w14:textId="77777777" w:rsidR="00FC3027" w:rsidRPr="00260F73" w:rsidRDefault="00FC3027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6ABB47AF" w14:textId="77777777" w:rsidR="00FC3027" w:rsidRPr="00260F73" w:rsidRDefault="00FC3027" w:rsidP="000B319E"/>
        </w:tc>
        <w:sdt>
          <w:sdtPr>
            <w:id w:val="-900436442"/>
            <w:placeholder>
              <w:docPart w:val="B6603AAA656E4CCA852FC75397428E55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DB9E7DB" w14:textId="77777777" w:rsidR="00FC3027" w:rsidRPr="00260F73" w:rsidRDefault="00FC3027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C3027" w:rsidRPr="00260F73" w14:paraId="72F989BA" w14:textId="77777777" w:rsidTr="000B319E">
        <w:tc>
          <w:tcPr>
            <w:tcW w:w="2689" w:type="dxa"/>
          </w:tcPr>
          <w:p w14:paraId="3FB68E53" w14:textId="77777777" w:rsidR="00FC3027" w:rsidRPr="00260F73" w:rsidRDefault="00FC3027" w:rsidP="000B319E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97EDD38" w14:textId="77777777" w:rsidR="00FC3027" w:rsidRPr="00260F73" w:rsidRDefault="00FC3027" w:rsidP="000B319E">
            <w:r w:rsidRPr="00260F73">
              <w:t xml:space="preserve">Complete  </w:t>
            </w:r>
            <w:sdt>
              <w:sdtPr>
                <w:id w:val="-853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55391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16893E6A" w14:textId="77777777" w:rsidTr="000B319E">
        <w:tc>
          <w:tcPr>
            <w:tcW w:w="2689" w:type="dxa"/>
          </w:tcPr>
          <w:p w14:paraId="6A25A359" w14:textId="77777777" w:rsidR="00FC3027" w:rsidRPr="00260F73" w:rsidRDefault="00FC3027" w:rsidP="000B319E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3772810"/>
            <w:placeholder>
              <w:docPart w:val="AC8D777AF8134FFB920B91BFF04EA14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0F8740F" w14:textId="77777777" w:rsidR="00FC3027" w:rsidRPr="00260F73" w:rsidRDefault="00FC3027" w:rsidP="000B319E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C3027" w:rsidRPr="00260F73" w14:paraId="2C33F117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2A2C2F9E" w14:textId="77777777" w:rsidR="00FC3027" w:rsidRPr="00260F73" w:rsidRDefault="00FC3027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7C2B8255" w14:textId="77777777" w:rsidR="00FC3027" w:rsidRPr="00260F73" w:rsidRDefault="00FC3027" w:rsidP="000B319E">
            <w:r w:rsidRPr="00260F73">
              <w:t xml:space="preserve">Yes </w:t>
            </w:r>
            <w:sdt>
              <w:sdtPr>
                <w:id w:val="1422069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45302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3027" w:rsidRPr="00260F73" w14:paraId="09A81456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621AB9" w14:textId="4272F469" w:rsidR="00FC3027" w:rsidRPr="00260F73" w:rsidRDefault="00FC3027"/>
        </w:tc>
      </w:tr>
    </w:tbl>
    <w:p w14:paraId="7A882F9A" w14:textId="77777777" w:rsidR="00E9708F" w:rsidRPr="00260F73" w:rsidRDefault="00E9708F"/>
    <w:p w14:paraId="58BC4384" w14:textId="77777777" w:rsidR="003713D2" w:rsidRDefault="003713D2"/>
    <w:sectPr w:rsidR="003713D2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0E783" w14:textId="77777777" w:rsidR="00743AD7" w:rsidRPr="00260F73" w:rsidRDefault="00743AD7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2DF3A738" w14:textId="77777777" w:rsidR="00743AD7" w:rsidRPr="00260F73" w:rsidRDefault="00743AD7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/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6880C" w14:textId="77777777" w:rsidR="00743AD7" w:rsidRPr="00260F73" w:rsidRDefault="00743AD7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199C88FC" w14:textId="77777777" w:rsidR="00743AD7" w:rsidRPr="00260F73" w:rsidRDefault="00743AD7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5490B7B5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BF07C3">
      <w:t>Rheumatology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1FAA58A7" w:rsidR="001B2E81" w:rsidRPr="00260F73" w:rsidRDefault="00E9080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282BCF" wp14:editId="2EB7A49F">
          <wp:simplePos x="0" y="0"/>
          <wp:positionH relativeFrom="column">
            <wp:posOffset>-628650</wp:posOffset>
          </wp:positionH>
          <wp:positionV relativeFrom="paragraph">
            <wp:posOffset>-196850</wp:posOffset>
          </wp:positionV>
          <wp:extent cx="2955251" cy="1044000"/>
          <wp:effectExtent l="0" t="0" r="0" b="3810"/>
          <wp:wrapTopAndBottom/>
          <wp:docPr id="11411124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112451" name="Picture 11411124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5251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536746"/>
    <w:multiLevelType w:val="hybridMultilevel"/>
    <w:tmpl w:val="1D66562E"/>
    <w:lvl w:ilvl="0" w:tplc="7FD6ABA4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2193950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5074B"/>
    <w:rsid w:val="001739F7"/>
    <w:rsid w:val="001872EB"/>
    <w:rsid w:val="001B2E81"/>
    <w:rsid w:val="001C17E4"/>
    <w:rsid w:val="00214ECC"/>
    <w:rsid w:val="002319B9"/>
    <w:rsid w:val="00232F78"/>
    <w:rsid w:val="00260F73"/>
    <w:rsid w:val="002931FF"/>
    <w:rsid w:val="0029639D"/>
    <w:rsid w:val="002C6D62"/>
    <w:rsid w:val="002D7D98"/>
    <w:rsid w:val="002E140B"/>
    <w:rsid w:val="00326F90"/>
    <w:rsid w:val="003713D2"/>
    <w:rsid w:val="003729FB"/>
    <w:rsid w:val="00446759"/>
    <w:rsid w:val="004929C5"/>
    <w:rsid w:val="004A41F5"/>
    <w:rsid w:val="004D6768"/>
    <w:rsid w:val="004E342C"/>
    <w:rsid w:val="00504B3B"/>
    <w:rsid w:val="00547911"/>
    <w:rsid w:val="00597958"/>
    <w:rsid w:val="005A051B"/>
    <w:rsid w:val="005D41DC"/>
    <w:rsid w:val="006D0099"/>
    <w:rsid w:val="00743AD7"/>
    <w:rsid w:val="0075109E"/>
    <w:rsid w:val="007C0991"/>
    <w:rsid w:val="007C3707"/>
    <w:rsid w:val="00801BD9"/>
    <w:rsid w:val="00821B93"/>
    <w:rsid w:val="008525FA"/>
    <w:rsid w:val="00857D96"/>
    <w:rsid w:val="009A7B67"/>
    <w:rsid w:val="009E4AEB"/>
    <w:rsid w:val="00A0792E"/>
    <w:rsid w:val="00A36383"/>
    <w:rsid w:val="00A606A6"/>
    <w:rsid w:val="00AA1D8D"/>
    <w:rsid w:val="00AE1497"/>
    <w:rsid w:val="00B16633"/>
    <w:rsid w:val="00B47730"/>
    <w:rsid w:val="00B8038E"/>
    <w:rsid w:val="00BD4838"/>
    <w:rsid w:val="00BF07C3"/>
    <w:rsid w:val="00C7253B"/>
    <w:rsid w:val="00C95D05"/>
    <w:rsid w:val="00CB0664"/>
    <w:rsid w:val="00CD745A"/>
    <w:rsid w:val="00D02935"/>
    <w:rsid w:val="00D21DB3"/>
    <w:rsid w:val="00D41E2C"/>
    <w:rsid w:val="00DA296B"/>
    <w:rsid w:val="00E5708D"/>
    <w:rsid w:val="00E90802"/>
    <w:rsid w:val="00E9708F"/>
    <w:rsid w:val="00F211F0"/>
    <w:rsid w:val="00F277ED"/>
    <w:rsid w:val="00F4085D"/>
    <w:rsid w:val="00F54DC5"/>
    <w:rsid w:val="00F75C6A"/>
    <w:rsid w:val="00F85A62"/>
    <w:rsid w:val="00F94BC3"/>
    <w:rsid w:val="00F95107"/>
    <w:rsid w:val="00FC302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AE64A0" w:rsidP="00AE64A0">
          <w:pPr>
            <w:pStyle w:val="F4D6CB2241074A76A75ACE4A72F3BACA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AE64A0" w:rsidP="00AE64A0">
          <w:pPr>
            <w:pStyle w:val="5C6BE9DD57B042A78E73AE6C65AB81E9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AE64A0" w:rsidP="00AE64A0">
          <w:pPr>
            <w:pStyle w:val="B94FF17A7DD844238942618D220CAEE0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AE64A0" w:rsidP="00AE64A0">
          <w:pPr>
            <w:pStyle w:val="767E5F504CE04A3283DBB5C362BF53DD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AE64A0" w:rsidP="00AE64A0">
          <w:pPr>
            <w:pStyle w:val="15FA136DFCC9400EA3643631FD9D49AC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AE64A0" w:rsidP="00AE64A0">
          <w:pPr>
            <w:pStyle w:val="758EF154077D4EC492E0AA02749775EE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AE64A0" w:rsidP="00AE64A0">
          <w:pPr>
            <w:pStyle w:val="60444590C5F4414E83C6454885D5753D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AE64A0" w:rsidP="00AE64A0">
          <w:pPr>
            <w:pStyle w:val="096DC268CB3744C7AF90E558EFABE7F6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AE64A0" w:rsidP="00AE64A0">
          <w:pPr>
            <w:pStyle w:val="16EE3227410F4460A6706019F08584BA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AE64A0" w:rsidP="00AE64A0">
          <w:pPr>
            <w:pStyle w:val="35C6ADD19D0A4F7F9AA8A8D4CCB1374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AE64A0" w:rsidP="00AE64A0">
          <w:pPr>
            <w:pStyle w:val="0AD4EFDEB46F4DD3B07D7D864B6EAEB2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AE64A0" w:rsidP="00AE64A0">
          <w:pPr>
            <w:pStyle w:val="C969D259CE28476AA1EB44B74A93B0DE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AE64A0" w:rsidP="00AE64A0">
          <w:pPr>
            <w:pStyle w:val="4163D3241B974CB9999FF0EC5B4E2B21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AE64A0" w:rsidP="00AE64A0">
          <w:pPr>
            <w:pStyle w:val="89495584885745569DDCF4FEC1482D05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AE64A0" w:rsidP="00AE64A0">
          <w:pPr>
            <w:pStyle w:val="66C6F6902A3B4D4CA7D745FDDA70B68A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AE64A0" w:rsidP="00AE64A0">
          <w:pPr>
            <w:pStyle w:val="4CD965A9EE694FECADF2476D720E7B6E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AE64A0" w:rsidP="00AE64A0">
          <w:pPr>
            <w:pStyle w:val="09E232A6ADC042DB884957F020A929BA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AE64A0" w:rsidP="00AE64A0">
          <w:pPr>
            <w:pStyle w:val="3DF7FD3C5E5C4C0992D419903A5ACDD9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AE64A0" w:rsidP="00AE64A0">
          <w:pPr>
            <w:pStyle w:val="657F90F891404138BEF4C8B0986FE706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AE64A0" w:rsidP="00AE64A0">
          <w:pPr>
            <w:pStyle w:val="C9113B8A854441D682CE5AC80AFB0860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AE64A0" w:rsidP="00AE64A0">
          <w:pPr>
            <w:pStyle w:val="E3F5175B57004446843F4F317C13BE7C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AE64A0" w:rsidP="00AE64A0">
          <w:pPr>
            <w:pStyle w:val="74CADD3637F3476CAEF2795719E307A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AE64A0" w:rsidP="00AE64A0">
          <w:pPr>
            <w:pStyle w:val="6E2E25C8BD59485F83A4E1A3EB66C1CA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AE64A0" w:rsidP="00AE64A0">
          <w:pPr>
            <w:pStyle w:val="CADFFF9D18954E1993F5C0789B03E179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AE64A0" w:rsidP="00AE64A0">
          <w:pPr>
            <w:pStyle w:val="872FF4CA11794B8A841DB2220DF10EA6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AE64A0" w:rsidP="00AE64A0">
          <w:pPr>
            <w:pStyle w:val="4E97BD512F134974B65EC5CE1A1FFA5C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AE64A0" w:rsidP="00AE64A0">
          <w:pPr>
            <w:pStyle w:val="43C24FC1DD4E4C25906C3761C0E444F2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AE64A0" w:rsidP="00AE64A0">
          <w:pPr>
            <w:pStyle w:val="6E5B51F8A20C49259CB13015EB121389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AE64A0" w:rsidP="00AE64A0">
          <w:pPr>
            <w:pStyle w:val="ACA81B7FEB124004A04A95F11ADBD7A7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AE64A0" w:rsidP="00AE64A0">
          <w:pPr>
            <w:pStyle w:val="AB27C8C8D90949D99B80C3BCC40C6DB1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AE64A0" w:rsidP="00AE64A0">
          <w:pPr>
            <w:pStyle w:val="BE6BAA36B4CE46CCBA1107A2CA86328D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AE64A0" w:rsidP="00AE64A0">
          <w:pPr>
            <w:pStyle w:val="98F3A9EE91754E259AFD2F141BD88EC3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AE64A0" w:rsidP="00AE64A0">
          <w:pPr>
            <w:pStyle w:val="A562792367E244C2B52C13434E400DB2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AE64A0" w:rsidP="00AE64A0">
          <w:pPr>
            <w:pStyle w:val="7E217E49FF2B4BCCB4F3ACCCBA862056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AE64A0" w:rsidP="00AE64A0">
          <w:pPr>
            <w:pStyle w:val="A6B6B6169038418C8F137F03A3BAC3E6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AE64A0" w:rsidP="00AE64A0">
          <w:pPr>
            <w:pStyle w:val="BA84038C5BAB4BC98BCFD7720888F4EA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AE64A0" w:rsidP="00AE64A0">
          <w:pPr>
            <w:pStyle w:val="2A85F1BB5E59479D91B2E845B74103B1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AE64A0" w:rsidP="00AE64A0">
          <w:pPr>
            <w:pStyle w:val="734A0FEE22AB4D08A85FAFBB84445CB9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AE64A0" w:rsidP="00AE64A0">
          <w:pPr>
            <w:pStyle w:val="3AE69983638E496B87E186B118E83D05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AE64A0" w:rsidP="00AE64A0">
          <w:pPr>
            <w:pStyle w:val="4E1B8BE8E635423EB269141E9E2912AC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AE64A0" w:rsidP="00AE64A0">
          <w:pPr>
            <w:pStyle w:val="522C19E6AA2346A4966003129C441C2C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AE64A0" w:rsidP="00AE64A0">
          <w:pPr>
            <w:pStyle w:val="DC6DBC8E8B3947CB8F9195F36B67D85A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AE64A0" w:rsidP="00AE64A0">
          <w:pPr>
            <w:pStyle w:val="49487EF4E50B45EF8F8DF0A58099CB09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AE64A0" w:rsidP="00AE64A0">
          <w:pPr>
            <w:pStyle w:val="C6C5AA04D5744E5397F5B4C02E599FEC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AE64A0" w:rsidP="00AE64A0">
          <w:pPr>
            <w:pStyle w:val="657845195F10471BB191FDF6254F450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AE64A0" w:rsidP="00AE64A0">
          <w:pPr>
            <w:pStyle w:val="4261ABEBA6024587BD9BFFA89B86CBAD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AE64A0" w:rsidP="00AE64A0">
          <w:pPr>
            <w:pStyle w:val="ECE4C47E07C843CCA2D7255597D07705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AE64A0" w:rsidP="00AE64A0">
          <w:pPr>
            <w:pStyle w:val="9444CF760006459A89EF2B7CE3AFF2D1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AE64A0" w:rsidP="00AE64A0">
          <w:pPr>
            <w:pStyle w:val="A451D5A1F2414B9AB219F05CFB3EC45E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AE64A0" w:rsidP="00AE64A0">
          <w:pPr>
            <w:pStyle w:val="E58E1C4CC73644419B96786849CD0414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AE64A0" w:rsidP="00AE64A0">
          <w:pPr>
            <w:pStyle w:val="CA4E4ABAE5DA465E97A6237A7809538C2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AE64A0" w:rsidP="00AE64A0">
          <w:pPr>
            <w:pStyle w:val="156AE4FD73954CA688AAE317B321396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AE64A0" w:rsidP="00AE64A0">
          <w:pPr>
            <w:pStyle w:val="6D5A277E4DAE4119840AF2E2D970FC5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AE64A0" w:rsidP="00AE64A0">
          <w:pPr>
            <w:pStyle w:val="586FFECF142C4598987272C037E4807A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AE64A0" w:rsidP="00AE64A0">
          <w:pPr>
            <w:pStyle w:val="0FB6E5FECABF45829BB384A56029A28D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AE64A0" w:rsidP="00AE64A0">
          <w:pPr>
            <w:pStyle w:val="7041F98D97294F33B27DB409BE8E34F1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AE64A0" w:rsidP="00AE64A0">
          <w:pPr>
            <w:pStyle w:val="73AB6D1D873F4738BF61AE697637871D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AE64A0" w:rsidP="00AE64A0">
          <w:pPr>
            <w:pStyle w:val="520891A0A4C04E9D9F8A8F3644975CB1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AE64A0" w:rsidP="00AE64A0">
          <w:pPr>
            <w:pStyle w:val="C582574595EA444189787F4DFB8EE37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AE64A0" w:rsidP="00AE64A0">
          <w:pPr>
            <w:pStyle w:val="55670920D67C4481B676B57D42BEF39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AE64A0" w:rsidP="00AE64A0">
          <w:pPr>
            <w:pStyle w:val="1734C0B0E50C4165979C1D1CD6EF5118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AE64A0" w:rsidP="00AE64A0">
          <w:pPr>
            <w:pStyle w:val="A98CC7936C024C2988776FBA2CC670BD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AE64A0" w:rsidP="00AE64A0">
          <w:pPr>
            <w:pStyle w:val="2E9B36F7201C45DF99CA9FA9C42900AE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AE64A0" w:rsidP="00AE64A0">
          <w:pPr>
            <w:pStyle w:val="09814CF1CD7A47D3BB560F37A96F9D58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AE64A0" w:rsidP="00AE64A0">
          <w:pPr>
            <w:pStyle w:val="7793DEAF92564508A217818A964BBBC0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FB32F8" w:rsidRDefault="00AE64A0" w:rsidP="00AE64A0">
          <w:pPr>
            <w:pStyle w:val="D5F14FB66A15431389EB3E003A7DADB12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50B01579224C17841E78E78C057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05105-B3F9-4707-A643-A9C4862E43CC}"/>
      </w:docPartPr>
      <w:docPartBody>
        <w:p w:rsidR="00FB32F8" w:rsidRDefault="00AE64A0" w:rsidP="00AE64A0">
          <w:pPr>
            <w:pStyle w:val="0650B01579224C17841E78E78C05793F2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84E538356841158C171F82ADDD5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B5282-FD07-4F29-B2DF-18CFE9726881}"/>
      </w:docPartPr>
      <w:docPartBody>
        <w:p w:rsidR="008B2AB1" w:rsidRDefault="00AE64A0" w:rsidP="00AE64A0">
          <w:pPr>
            <w:pStyle w:val="E784E538356841158C171F82ADDD532E2"/>
          </w:pPr>
          <w:r w:rsidRPr="00446759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F98BD6A7E484DF08110B1C4E624D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18609-F20C-4529-ABA2-5109F4885419}"/>
      </w:docPartPr>
      <w:docPartBody>
        <w:p w:rsidR="008B2AB1" w:rsidRDefault="00AE64A0" w:rsidP="00AE64A0">
          <w:pPr>
            <w:pStyle w:val="9F98BD6A7E484DF08110B1C4E624D3D0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3C5AFA5E7E4902A9BB228B214E5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779EC-FA3C-4FD2-8E32-369D0D2FA589}"/>
      </w:docPartPr>
      <w:docPartBody>
        <w:p w:rsidR="008B2AB1" w:rsidRDefault="00AE64A0" w:rsidP="00AE64A0">
          <w:pPr>
            <w:pStyle w:val="233C5AFA5E7E4902A9BB228B214E5792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839E78C2545FD826212E931A37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2E05B-A3D6-4E97-8A6E-F29C8DCFDB1D}"/>
      </w:docPartPr>
      <w:docPartBody>
        <w:p w:rsidR="008B2AB1" w:rsidRDefault="00AE64A0" w:rsidP="00AE64A0">
          <w:pPr>
            <w:pStyle w:val="1B8839E78C2545FD826212E931A37F3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B61E07360347BCBC59BA9F385F7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78943-DE9A-4924-872C-15CCE11D74A6}"/>
      </w:docPartPr>
      <w:docPartBody>
        <w:p w:rsidR="008B2AB1" w:rsidRDefault="00AE64A0" w:rsidP="00AE64A0">
          <w:pPr>
            <w:pStyle w:val="69B61E07360347BCBC59BA9F385F7236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DD47DEE724B839CD6026B1BF75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291A8-F484-4BB9-8846-C1B8F35BA8ED}"/>
      </w:docPartPr>
      <w:docPartBody>
        <w:p w:rsidR="008B2AB1" w:rsidRDefault="00AE64A0" w:rsidP="00AE64A0">
          <w:pPr>
            <w:pStyle w:val="EEADD47DEE724B839CD6026B1BF75AA92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36CEBDA55446F2B898CE82D65A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DA02-F66D-478A-936F-27E433FF3BBB}"/>
      </w:docPartPr>
      <w:docPartBody>
        <w:p w:rsidR="008B2AB1" w:rsidRDefault="00AE64A0" w:rsidP="00AE64A0">
          <w:pPr>
            <w:pStyle w:val="2636CEBDA55446F2B898CE82D65A7F192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1AD7A19AFD34107A93F340107E98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282F6-687A-4C59-99CF-884144880502}"/>
      </w:docPartPr>
      <w:docPartBody>
        <w:p w:rsidR="008B2AB1" w:rsidRDefault="00AE64A0" w:rsidP="00AE64A0">
          <w:pPr>
            <w:pStyle w:val="B1AD7A19AFD34107A93F340107E987C9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A75EF89754CCCA94133C3ED148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0FB0-CB23-4A52-9EA4-D532E1C29D57}"/>
      </w:docPartPr>
      <w:docPartBody>
        <w:p w:rsidR="008B2AB1" w:rsidRDefault="00AE64A0" w:rsidP="00AE64A0">
          <w:pPr>
            <w:pStyle w:val="886A75EF89754CCCA94133C3ED148370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57F54BA834AB1B560799287111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4660-D68B-4E91-BECB-84B53041CEB0}"/>
      </w:docPartPr>
      <w:docPartBody>
        <w:p w:rsidR="008B2AB1" w:rsidRDefault="00AE64A0" w:rsidP="00AE64A0">
          <w:pPr>
            <w:pStyle w:val="5ED57F54BA834AB1B5607992871117D0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ABCABA0B9461DA7D3E68645D5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7A21-7C12-4F7C-B26D-BC731D9D3327}"/>
      </w:docPartPr>
      <w:docPartBody>
        <w:p w:rsidR="008B2AB1" w:rsidRDefault="00AE64A0" w:rsidP="00AE64A0">
          <w:pPr>
            <w:pStyle w:val="6DFABCABA0B9461DA7D3E68645D5FAB7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0A19DFEA52488BB99915162C939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AD4C1-B93A-4C83-A922-33F676BFAD5F}"/>
      </w:docPartPr>
      <w:docPartBody>
        <w:p w:rsidR="008B2AB1" w:rsidRDefault="00AE64A0" w:rsidP="00AE64A0">
          <w:pPr>
            <w:pStyle w:val="D90A19DFEA52488BB99915162C93968C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1563FD68FD43D5BA165673FF6D1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ABF75-529B-455E-B81A-D7AEB6FCF9D7}"/>
      </w:docPartPr>
      <w:docPartBody>
        <w:p w:rsidR="008B2AB1" w:rsidRDefault="00AE64A0" w:rsidP="00AE64A0">
          <w:pPr>
            <w:pStyle w:val="521563FD68FD43D5BA165673FF6D1378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08CFFC6BA4AA5A655C4CB9E8D3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4A3E5-029B-4B7B-ACB2-88540755CD8B}"/>
      </w:docPartPr>
      <w:docPartBody>
        <w:p w:rsidR="008B2AB1" w:rsidRDefault="00AE64A0" w:rsidP="00AE64A0">
          <w:pPr>
            <w:pStyle w:val="AE408CFFC6BA4AA5A655C4CB9E8D33BD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C883E787A7487E8AC9A2460D0D6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CF150-83FF-4F4E-8568-AE575AA626C3}"/>
      </w:docPartPr>
      <w:docPartBody>
        <w:p w:rsidR="008B2AB1" w:rsidRDefault="00AE64A0" w:rsidP="00AE64A0">
          <w:pPr>
            <w:pStyle w:val="77C883E787A7487E8AC9A2460D0D6120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FABB6305204921AB41714CDBEF1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CCC7-EC6E-4235-AE3F-C914F0C4399F}"/>
      </w:docPartPr>
      <w:docPartBody>
        <w:p w:rsidR="008B2AB1" w:rsidRDefault="00AE64A0" w:rsidP="00AE64A0">
          <w:pPr>
            <w:pStyle w:val="EDFABB6305204921AB41714CDBEF1F2C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948876AF22424CB7ED2F5AF92F9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3A816-F1A3-41C6-9F4B-FEE33DF23F86}"/>
      </w:docPartPr>
      <w:docPartBody>
        <w:p w:rsidR="008B2AB1" w:rsidRDefault="00AE64A0" w:rsidP="00AE64A0">
          <w:pPr>
            <w:pStyle w:val="39948876AF22424CB7ED2F5AF92F9C43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A29DA30454295831DD7CCFD089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2FC8B-6295-4D64-BF9F-CC8772FA8AF8}"/>
      </w:docPartPr>
      <w:docPartBody>
        <w:p w:rsidR="008B2AB1" w:rsidRDefault="00AE64A0" w:rsidP="00AE64A0">
          <w:pPr>
            <w:pStyle w:val="4EEA29DA30454295831DD7CCFD08932C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54E0F59C6146589C211817BF0E0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CA673-8259-46CB-BEDB-994F126FC4B9}"/>
      </w:docPartPr>
      <w:docPartBody>
        <w:p w:rsidR="00324B94" w:rsidRDefault="00AE64A0" w:rsidP="00AE64A0">
          <w:pPr>
            <w:pStyle w:val="E154E0F59C6146589C211817BF0E0B6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8A59BCD5374CBE87ABC05724954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85038-03BB-4587-BFC7-B1F41294FAC3}"/>
      </w:docPartPr>
      <w:docPartBody>
        <w:p w:rsidR="00324B94" w:rsidRDefault="00AE64A0" w:rsidP="00AE64A0">
          <w:pPr>
            <w:pStyle w:val="128A59BCD5374CBE87ABC05724954D88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B936DD223D4462393D0236D70B9F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59FE9-B68E-4494-9F62-D886A0A2567F}"/>
      </w:docPartPr>
      <w:docPartBody>
        <w:p w:rsidR="00324B94" w:rsidRDefault="00AE64A0" w:rsidP="00AE64A0">
          <w:pPr>
            <w:pStyle w:val="9B936DD223D4462393D0236D70B9F8A4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602920995B5449F1A7A4964CB5BD9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26959-586C-48C5-9222-D7D65762B072}"/>
      </w:docPartPr>
      <w:docPartBody>
        <w:p w:rsidR="00324B94" w:rsidRDefault="00AE64A0" w:rsidP="00AE64A0">
          <w:pPr>
            <w:pStyle w:val="602920995B5449F1A7A4964CB5BD9E2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46D4B8AC6347FD973AE5AC1873D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EAD1B-E6B1-4185-9290-A90446A34909}"/>
      </w:docPartPr>
      <w:docPartBody>
        <w:p w:rsidR="00324B94" w:rsidRDefault="00AE64A0" w:rsidP="00AE64A0">
          <w:pPr>
            <w:pStyle w:val="3046D4B8AC6347FD973AE5AC1873DF97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E68469D96444B1A2E65CE6BCAD7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7E6E2-C078-4B15-AEFD-E65719892E41}"/>
      </w:docPartPr>
      <w:docPartBody>
        <w:p w:rsidR="00324B94" w:rsidRDefault="00AE64A0" w:rsidP="00AE64A0">
          <w:pPr>
            <w:pStyle w:val="11E68469D96444B1A2E65CE6BCAD7388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3853E73AB44C7AAACF69CC1F76D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942E15-6FE5-4989-B6A0-BCC4CA4EC512}"/>
      </w:docPartPr>
      <w:docPartBody>
        <w:p w:rsidR="00324B94" w:rsidRDefault="00AE64A0" w:rsidP="00AE64A0">
          <w:pPr>
            <w:pStyle w:val="393853E73AB44C7AAACF69CC1F76D5CD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63B8AB18B41AD8C09528013CF6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7007E-0940-42BA-9DDA-309BFF1E01E6}"/>
      </w:docPartPr>
      <w:docPartBody>
        <w:p w:rsidR="00324B94" w:rsidRDefault="00AE64A0" w:rsidP="00AE64A0">
          <w:pPr>
            <w:pStyle w:val="A4563B8AB18B41AD8C09528013CF64F0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364A54F5EF4826B856A9E77444F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C911F-9106-4673-90FA-148AAE24E086}"/>
      </w:docPartPr>
      <w:docPartBody>
        <w:p w:rsidR="00324B94" w:rsidRDefault="00AE64A0" w:rsidP="00AE64A0">
          <w:pPr>
            <w:pStyle w:val="CF364A54F5EF4826B856A9E77444FD0B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1C09F1D37564B13A46EF0ADBE785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5AEE6-D054-4A0D-ABAA-A712937D8B2E}"/>
      </w:docPartPr>
      <w:docPartBody>
        <w:p w:rsidR="00324B94" w:rsidRDefault="00AE64A0" w:rsidP="00AE64A0">
          <w:pPr>
            <w:pStyle w:val="51C09F1D37564B13A46EF0ADBE78562F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107BE1AD94E399E46A53B4F6C8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EEB09-6DD1-4E1C-9A24-A501075AA084}"/>
      </w:docPartPr>
      <w:docPartBody>
        <w:p w:rsidR="00324B94" w:rsidRDefault="00AE64A0" w:rsidP="00AE64A0">
          <w:pPr>
            <w:pStyle w:val="3AE107BE1AD94E399E46A53B4F6C8D2A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6D31DD794D490B96AB550EBD37D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89F0D-760D-4062-B655-4BBDE1D0C495}"/>
      </w:docPartPr>
      <w:docPartBody>
        <w:p w:rsidR="00324B94" w:rsidRDefault="00AE64A0" w:rsidP="00AE64A0">
          <w:pPr>
            <w:pStyle w:val="B06D31DD794D490B96AB550EBD37D720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09A83F82B426CB2845F8DF02A4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4ACE1-7A82-49A8-891D-2729E76E03F9}"/>
      </w:docPartPr>
      <w:docPartBody>
        <w:p w:rsidR="00324B94" w:rsidRDefault="00AE64A0" w:rsidP="00AE64A0">
          <w:pPr>
            <w:pStyle w:val="4C209A83F82B426CB2845F8DF02A4323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488F6169794E4CA4C95FED99F11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FEC95-0B35-45E6-BB86-076BB1DC692D}"/>
      </w:docPartPr>
      <w:docPartBody>
        <w:p w:rsidR="00324B94" w:rsidRDefault="00AE64A0" w:rsidP="00AE64A0">
          <w:pPr>
            <w:pStyle w:val="F3488F6169794E4CA4C95FED99F11947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6C9F227BBC49C79014E6C3781F0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982A2-0D9C-453B-996E-9BC7C60E0F20}"/>
      </w:docPartPr>
      <w:docPartBody>
        <w:p w:rsidR="00324B94" w:rsidRDefault="00AE64A0" w:rsidP="00AE64A0">
          <w:pPr>
            <w:pStyle w:val="A26C9F227BBC49C79014E6C3781F04BC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496958929E45E8B33C61DA60A7E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D4D05-3DF7-465C-8A7C-F9B38D9445C0}"/>
      </w:docPartPr>
      <w:docPartBody>
        <w:p w:rsidR="00324B94" w:rsidRDefault="00AE64A0" w:rsidP="00AE64A0">
          <w:pPr>
            <w:pStyle w:val="90496958929E45E8B33C61DA60A7EE43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66AD050E68A4DC38901CFEAD1544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14B42-05A3-413C-9AC8-44A658E07EAB}"/>
      </w:docPartPr>
      <w:docPartBody>
        <w:p w:rsidR="00324B94" w:rsidRDefault="00AE64A0" w:rsidP="00AE64A0">
          <w:pPr>
            <w:pStyle w:val="766AD050E68A4DC38901CFEAD15447C8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6A1DF1A230834F02862433C0A012A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CBE1B-07E5-4420-9B93-D620DD6C4BB0}"/>
      </w:docPartPr>
      <w:docPartBody>
        <w:p w:rsidR="00324B94" w:rsidRDefault="00AE64A0" w:rsidP="00AE64A0">
          <w:pPr>
            <w:pStyle w:val="6A1DF1A230834F02862433C0A012A6A8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DBD2F341C64B1CAE0BC5949FD40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D341B-19A5-4BBC-AC75-8B743B3FF979}"/>
      </w:docPartPr>
      <w:docPartBody>
        <w:p w:rsidR="00324B94" w:rsidRDefault="00AE64A0" w:rsidP="00AE64A0">
          <w:pPr>
            <w:pStyle w:val="56DBD2F341C64B1CAE0BC5949FD40DC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D088635E34547931883D74102B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FC924-0664-4EB1-9D58-96BFE6AEAB27}"/>
      </w:docPartPr>
      <w:docPartBody>
        <w:p w:rsidR="00324B94" w:rsidRDefault="00AE64A0" w:rsidP="00AE64A0">
          <w:pPr>
            <w:pStyle w:val="D5FD088635E34547931883D74102BEB8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7FC15BC7C746AD83905C95D7029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DE182-94CC-49D1-9E2A-A6A425C4A957}"/>
      </w:docPartPr>
      <w:docPartBody>
        <w:p w:rsidR="00324B94" w:rsidRDefault="00AE64A0" w:rsidP="00AE64A0">
          <w:pPr>
            <w:pStyle w:val="D67FC15BC7C746AD83905C95D70295EE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771D3EEFE8409E9460FB2586597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9BF6E-1DA4-4338-969B-E7C60A605BA6}"/>
      </w:docPartPr>
      <w:docPartBody>
        <w:p w:rsidR="00324B94" w:rsidRDefault="00AE64A0" w:rsidP="00AE64A0">
          <w:pPr>
            <w:pStyle w:val="F2771D3EEFE8409E9460FB2586597D13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BDC4624CFD40A2A50C268646D11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8F90C-2007-42C3-A65B-FE1DCA4E774F}"/>
      </w:docPartPr>
      <w:docPartBody>
        <w:p w:rsidR="00324B94" w:rsidRDefault="00AE64A0" w:rsidP="00AE64A0">
          <w:pPr>
            <w:pStyle w:val="F0BDC4624CFD40A2A50C268646D11E32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987F9EC90640A3AB0156CDCD358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148DE-AF05-4972-8382-748BC4E04CBD}"/>
      </w:docPartPr>
      <w:docPartBody>
        <w:p w:rsidR="00324B94" w:rsidRDefault="00AE64A0" w:rsidP="00AE64A0">
          <w:pPr>
            <w:pStyle w:val="57987F9EC90640A3AB0156CDCD3582A4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5BC24DDBC494B9CAB4BD76203CBD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D7968-D6BC-4A88-9C3A-EFF2DD2F0A05}"/>
      </w:docPartPr>
      <w:docPartBody>
        <w:p w:rsidR="00324B94" w:rsidRDefault="00AE64A0" w:rsidP="00AE64A0">
          <w:pPr>
            <w:pStyle w:val="55BC24DDBC494B9CAB4BD76203CBD88D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C8E66FC3604E93A469295A0BF16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3EBDD-9C07-4C69-BF0C-D65566F650E6}"/>
      </w:docPartPr>
      <w:docPartBody>
        <w:p w:rsidR="00324B94" w:rsidRDefault="00AE64A0" w:rsidP="00AE64A0">
          <w:pPr>
            <w:pStyle w:val="8DC8E66FC3604E93A469295A0BF16E04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D7265AEAF84A898D369EF731A2CE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8C7D5-27D5-4C00-9260-5191E23CE59F}"/>
      </w:docPartPr>
      <w:docPartBody>
        <w:p w:rsidR="00324B94" w:rsidRDefault="00AE64A0" w:rsidP="00AE64A0">
          <w:pPr>
            <w:pStyle w:val="ADD7265AEAF84A898D369EF731A2CEF4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E38E983BC7415783368E63BC3F6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DD6A3-EEA6-456A-8F7A-A984CC53C7E3}"/>
      </w:docPartPr>
      <w:docPartBody>
        <w:p w:rsidR="00324B94" w:rsidRDefault="00AE64A0" w:rsidP="00AE64A0">
          <w:pPr>
            <w:pStyle w:val="97E38E983BC7415783368E63BC3F65EE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47B062694342EFA9EE286A1C151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EF227-B918-43E6-8396-FB4F89E08CED}"/>
      </w:docPartPr>
      <w:docPartBody>
        <w:p w:rsidR="00324B94" w:rsidRDefault="00AE64A0" w:rsidP="00AE64A0">
          <w:pPr>
            <w:pStyle w:val="BF47B062694342EFA9EE286A1C151787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27C1E759BD436E884170A4E4F493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B51F5-1E4D-4BB4-9B5D-4C80071E978E}"/>
      </w:docPartPr>
      <w:docPartBody>
        <w:p w:rsidR="00324B94" w:rsidRDefault="00AE64A0" w:rsidP="00AE64A0">
          <w:pPr>
            <w:pStyle w:val="0227C1E759BD436E884170A4E4F493FA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048CD61D494AB483052A1DB7DFD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1641C-42CC-4C98-955D-02B121265E9F}"/>
      </w:docPartPr>
      <w:docPartBody>
        <w:p w:rsidR="00324B94" w:rsidRDefault="00AE64A0" w:rsidP="00AE64A0">
          <w:pPr>
            <w:pStyle w:val="DF048CD61D494AB483052A1DB7DFD8AA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2A30489495C94860A68D2E0A0A22D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21F76-B629-4743-9A7D-984516944548}"/>
      </w:docPartPr>
      <w:docPartBody>
        <w:p w:rsidR="00324B94" w:rsidRDefault="00AE64A0" w:rsidP="00AE64A0">
          <w:pPr>
            <w:pStyle w:val="2A30489495C94860A68D2E0A0A22D25F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931DDEBBD824C3690E5CFE801470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1D24E-779E-44DC-9A7A-B151E936995E}"/>
      </w:docPartPr>
      <w:docPartBody>
        <w:p w:rsidR="00324B94" w:rsidRDefault="00AE64A0" w:rsidP="00AE64A0">
          <w:pPr>
            <w:pStyle w:val="8931DDEBBD824C3690E5CFE80147066D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FBF5D8F85E465A9805A151FD613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18CF1-3A5B-4DC3-90F8-DA1F9C9CC63E}"/>
      </w:docPartPr>
      <w:docPartBody>
        <w:p w:rsidR="00324B94" w:rsidRDefault="00AE64A0" w:rsidP="00AE64A0">
          <w:pPr>
            <w:pStyle w:val="AFFBF5D8F85E465A9805A151FD6136D0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363F25FC1B41D1924B5ABB54F90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ED971-7F9F-405E-9243-ADB46537EA3C}"/>
      </w:docPartPr>
      <w:docPartBody>
        <w:p w:rsidR="00324B94" w:rsidRDefault="00AE64A0" w:rsidP="00AE64A0">
          <w:pPr>
            <w:pStyle w:val="BC363F25FC1B41D1924B5ABB54F90639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1EB7D12AE14D43A590CE63F386C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65E29-BD70-463F-8026-A790168B5E86}"/>
      </w:docPartPr>
      <w:docPartBody>
        <w:p w:rsidR="00324B94" w:rsidRDefault="00AE64A0" w:rsidP="00AE64A0">
          <w:pPr>
            <w:pStyle w:val="EB1EB7D12AE14D43A590CE63F386CCA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347451ECB447DB32D3D8A3BEAD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83F64-73BB-4CE9-9E67-A71E81C29E41}"/>
      </w:docPartPr>
      <w:docPartBody>
        <w:p w:rsidR="00324B94" w:rsidRDefault="00AE64A0" w:rsidP="00AE64A0">
          <w:pPr>
            <w:pStyle w:val="390347451ECB447DB32D3D8A3BEADA9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EFD8317B9C45DD9CE83E6BBF119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4762E-ADB5-460B-9A0D-76637DEC1080}"/>
      </w:docPartPr>
      <w:docPartBody>
        <w:p w:rsidR="00324B94" w:rsidRDefault="00AE64A0" w:rsidP="00AE64A0">
          <w:pPr>
            <w:pStyle w:val="3CEFD8317B9C45DD9CE83E6BBF119F48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3322E0E5202417AADE50E789A93D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38A80-D556-4CE6-BE61-10AE19EDCD8E}"/>
      </w:docPartPr>
      <w:docPartBody>
        <w:p w:rsidR="00324B94" w:rsidRDefault="00AE64A0" w:rsidP="00AE64A0">
          <w:pPr>
            <w:pStyle w:val="73322E0E5202417AADE50E789A93D8E2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010F84DDB1C434E8258242C286D2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DAECE-2A40-4CF7-B123-F67B2E1A2BCD}"/>
      </w:docPartPr>
      <w:docPartBody>
        <w:p w:rsidR="00324B94" w:rsidRDefault="00AE64A0" w:rsidP="00AE64A0">
          <w:pPr>
            <w:pStyle w:val="5010F84DDB1C434E8258242C286D2D61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129599CD9A4A48B31B8E14B5397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D2F54-3A58-4528-961F-7907BA0D0928}"/>
      </w:docPartPr>
      <w:docPartBody>
        <w:p w:rsidR="00324B94" w:rsidRDefault="00AE64A0" w:rsidP="00AE64A0">
          <w:pPr>
            <w:pStyle w:val="E6129599CD9A4A48B31B8E14B5397A9A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6EF25FE9354A47BF6EB88436F8E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74025A-855F-43BA-B46E-2A82D0D72F3B}"/>
      </w:docPartPr>
      <w:docPartBody>
        <w:p w:rsidR="00324B94" w:rsidRDefault="00AE64A0" w:rsidP="00AE64A0">
          <w:pPr>
            <w:pStyle w:val="D46EF25FE9354A47BF6EB88436F8EAF6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9C6F31861D4F908E7541D59484F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02469-0976-499A-8724-05192C59A492}"/>
      </w:docPartPr>
      <w:docPartBody>
        <w:p w:rsidR="00324B94" w:rsidRDefault="00AE64A0" w:rsidP="00AE64A0">
          <w:pPr>
            <w:pStyle w:val="609C6F31861D4F908E7541D59484F0492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F6E673272C6546939117097A72DEB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1A62E6-EBF8-4BEC-8E98-FC0915F15819}"/>
      </w:docPartPr>
      <w:docPartBody>
        <w:p w:rsidR="00324B94" w:rsidRDefault="00AE64A0" w:rsidP="00AE64A0">
          <w:pPr>
            <w:pStyle w:val="F6E673272C6546939117097A72DEBF19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B25BAAFE0346BABE92599F19AEC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03E92-2E67-4865-A2D9-FD56D88F06F6}"/>
      </w:docPartPr>
      <w:docPartBody>
        <w:p w:rsidR="00324B94" w:rsidRDefault="00AE64A0" w:rsidP="00AE64A0">
          <w:pPr>
            <w:pStyle w:val="35B25BAAFE0346BABE92599F19AEC58E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1AEC8A0C0A4BA6BC16B608892D3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2939C-36A0-4D7E-BD7E-A4AD697757FF}"/>
      </w:docPartPr>
      <w:docPartBody>
        <w:p w:rsidR="00324B94" w:rsidRDefault="00AE64A0" w:rsidP="00AE64A0">
          <w:pPr>
            <w:pStyle w:val="051AEC8A0C0A4BA6BC16B608892D3735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B8EDBEE6034315B69833589FDEF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5F6F7-EA69-41AB-A756-5664A67F3AC8}"/>
      </w:docPartPr>
      <w:docPartBody>
        <w:p w:rsidR="00324B94" w:rsidRDefault="00AE64A0" w:rsidP="00AE64A0">
          <w:pPr>
            <w:pStyle w:val="26B8EDBEE6034315B69833589FDEFE3B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0242774AF3B459F9BDA5103DE548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88082-B5BD-4758-95CC-A1C8B3CD92D8}"/>
      </w:docPartPr>
      <w:docPartBody>
        <w:p w:rsidR="00324B94" w:rsidRDefault="00AE64A0" w:rsidP="00AE64A0">
          <w:pPr>
            <w:pStyle w:val="90242774AF3B459F9BDA5103DE54813B2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846DB051C76D4BF2A7FE945C4837B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61118-692C-4567-AFCA-9483B2266C4C}"/>
      </w:docPartPr>
      <w:docPartBody>
        <w:p w:rsidR="00324B94" w:rsidRDefault="00AE64A0" w:rsidP="00AE64A0">
          <w:pPr>
            <w:pStyle w:val="846DB051C76D4BF2A7FE945C4837BD75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058062C6B842779545411D3DB91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EAF54-550C-48FF-B110-157D7B2D3F62}"/>
      </w:docPartPr>
      <w:docPartBody>
        <w:p w:rsidR="00324B94" w:rsidRDefault="00AE64A0" w:rsidP="00AE64A0">
          <w:pPr>
            <w:pStyle w:val="D4058062C6B842779545411D3DB911C5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E81A0874084177901AFAF087331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4A080-CDCE-479A-90FB-37B817B00903}"/>
      </w:docPartPr>
      <w:docPartBody>
        <w:p w:rsidR="00324B94" w:rsidRDefault="00AE64A0" w:rsidP="00AE64A0">
          <w:pPr>
            <w:pStyle w:val="9CE81A0874084177901AFAF08733153C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FBECCFA09645B49F23F626CADED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87D1F-EEFC-4D75-BEE5-3C7ACF84563A}"/>
      </w:docPartPr>
      <w:docPartBody>
        <w:p w:rsidR="00324B94" w:rsidRDefault="00AE64A0" w:rsidP="00AE64A0">
          <w:pPr>
            <w:pStyle w:val="18FBECCFA09645B49F23F626CADED9DF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F381235D6DD4C349CAA92B90BA6F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9417-5F94-4235-9B60-8A0167F96394}"/>
      </w:docPartPr>
      <w:docPartBody>
        <w:p w:rsidR="00324B94" w:rsidRDefault="00AE64A0" w:rsidP="00AE64A0">
          <w:pPr>
            <w:pStyle w:val="5F381235D6DD4C349CAA92B90BA6FD4B2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776DD6E3C2D54B8180808CC19CDFD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7128B-3076-4D9A-92B0-AC07BF48259D}"/>
      </w:docPartPr>
      <w:docPartBody>
        <w:p w:rsidR="00324B94" w:rsidRDefault="00AE64A0" w:rsidP="00AE64A0">
          <w:pPr>
            <w:pStyle w:val="776DD6E3C2D54B8180808CC19CDFD987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82943E1B374E5AA67E88025C3BF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61E44-2F83-474C-94BF-2DB3029DD600}"/>
      </w:docPartPr>
      <w:docPartBody>
        <w:p w:rsidR="00324B94" w:rsidRDefault="00AE64A0" w:rsidP="00AE64A0">
          <w:pPr>
            <w:pStyle w:val="8E82943E1B374E5AA67E88025C3BF5DE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7D41107A8045679D7697BDE31B8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9B698-26D4-417E-AC7F-0EE63C476EAA}"/>
      </w:docPartPr>
      <w:docPartBody>
        <w:p w:rsidR="00324B94" w:rsidRDefault="00AE64A0" w:rsidP="00AE64A0">
          <w:pPr>
            <w:pStyle w:val="317D41107A8045679D7697BDE31B83F4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549A4142B844C8B5E19B0366EAF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25A43-D519-411D-9171-B270E4833E00}"/>
      </w:docPartPr>
      <w:docPartBody>
        <w:p w:rsidR="00324B94" w:rsidRDefault="00AE64A0" w:rsidP="00AE64A0">
          <w:pPr>
            <w:pStyle w:val="DC549A4142B844C8B5E19B0366EAF7042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438646BCB984B5FAC1AAED5D71FB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6C38D-0FDE-4206-B6C3-8D2BACD9E958}"/>
      </w:docPartPr>
      <w:docPartBody>
        <w:p w:rsidR="00324B94" w:rsidRDefault="00AE64A0" w:rsidP="00AE64A0">
          <w:pPr>
            <w:pStyle w:val="3438646BCB984B5FAC1AAED5D71FBA07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BED7BFC2C440E7AF3213FDD18C6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F3055-6ED0-49D1-A715-7A97AC8420FB}"/>
      </w:docPartPr>
      <w:docPartBody>
        <w:p w:rsidR="00324B94" w:rsidRDefault="00AE64A0" w:rsidP="00AE64A0">
          <w:pPr>
            <w:pStyle w:val="DABED7BFC2C440E7AF3213FDD18C614E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5ACA671B364643B165BAB6776AC1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61CF12-CAAC-49F9-BAC3-0EDE0FD2819A}"/>
      </w:docPartPr>
      <w:docPartBody>
        <w:p w:rsidR="00324B94" w:rsidRDefault="00AE64A0" w:rsidP="00AE64A0">
          <w:pPr>
            <w:pStyle w:val="CA5ACA671B364643B165BAB6776AC1C3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3824C64FBB4CE3A39DDC86435F7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1A425-70C2-4202-B32B-0EE0471CAE6A}"/>
      </w:docPartPr>
      <w:docPartBody>
        <w:p w:rsidR="00324B94" w:rsidRDefault="00AE64A0" w:rsidP="00AE64A0">
          <w:pPr>
            <w:pStyle w:val="753824C64FBB4CE3A39DDC86435F78DE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F0CEE226EF4B9C9E9B00D3C8028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CF880-9AFA-4CC0-830F-4AED442A7336}"/>
      </w:docPartPr>
      <w:docPartBody>
        <w:p w:rsidR="00324B94" w:rsidRDefault="00AE64A0" w:rsidP="00AE64A0">
          <w:pPr>
            <w:pStyle w:val="6AF0CEE226EF4B9C9E9B00D3C80280D42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158DC98C77F4738B5AD4BED314F0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36403-71CA-4CE9-BB05-5CDA253FFBA6}"/>
      </w:docPartPr>
      <w:docPartBody>
        <w:p w:rsidR="00324B94" w:rsidRDefault="00AE64A0" w:rsidP="00AE64A0">
          <w:pPr>
            <w:pStyle w:val="B158DC98C77F4738B5AD4BED314F0D3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4A5C7695E948D1B1328A6E86D9D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A6B0D-3D81-4B6C-9D75-9A440F5EE0D7}"/>
      </w:docPartPr>
      <w:docPartBody>
        <w:p w:rsidR="00324B94" w:rsidRDefault="00AE64A0" w:rsidP="00AE64A0">
          <w:pPr>
            <w:pStyle w:val="BA4A5C7695E948D1B1328A6E86D9D9E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977693B3CD42FCAF13D9C09EBE2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B2259-979D-4FCC-BCD0-E7B4CDE2D658}"/>
      </w:docPartPr>
      <w:docPartBody>
        <w:p w:rsidR="00324B94" w:rsidRDefault="00AE64A0" w:rsidP="00AE64A0">
          <w:pPr>
            <w:pStyle w:val="20977693B3CD42FCAF13D9C09EBE29A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700D897F334280A105BAD970294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F4A46-8858-4EB3-A620-40586E4721D8}"/>
      </w:docPartPr>
      <w:docPartBody>
        <w:p w:rsidR="00324B94" w:rsidRDefault="00AE64A0" w:rsidP="00AE64A0">
          <w:pPr>
            <w:pStyle w:val="75700D897F334280A105BAD970294EE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11145ED09E4AB6BEBB308AADA1F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ED14E-6BC0-44CD-AA99-B8E55D8D423A}"/>
      </w:docPartPr>
      <w:docPartBody>
        <w:p w:rsidR="00324B94" w:rsidRDefault="00AE64A0" w:rsidP="00AE64A0">
          <w:pPr>
            <w:pStyle w:val="B311145ED09E4AB6BEBB308AADA1F01B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F78CCE6B5984C1BA7314903C0E27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72902-0556-492C-96ED-85EDF7FBEE22}"/>
      </w:docPartPr>
      <w:docPartBody>
        <w:p w:rsidR="00324B94" w:rsidRDefault="00AE64A0" w:rsidP="00AE64A0">
          <w:pPr>
            <w:pStyle w:val="2F78CCE6B5984C1BA7314903C0E2765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BC35B01447481C9C051CF2FC047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76298-EDBB-4E85-A1BC-52D4A29E4EEC}"/>
      </w:docPartPr>
      <w:docPartBody>
        <w:p w:rsidR="00324B94" w:rsidRDefault="00AE64A0" w:rsidP="00AE64A0">
          <w:pPr>
            <w:pStyle w:val="ABBC35B01447481C9C051CF2FC0472A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A6829612434B8FA829622EA358C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4A3E6-6283-404B-AD3D-1353B6A48275}"/>
      </w:docPartPr>
      <w:docPartBody>
        <w:p w:rsidR="00324B94" w:rsidRDefault="00AE64A0" w:rsidP="00AE64A0">
          <w:pPr>
            <w:pStyle w:val="0DA6829612434B8FA829622EA358C9F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603AAA656E4CCA852FC75397428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1E328-BAC0-4233-96DA-AC3FC9D7341B}"/>
      </w:docPartPr>
      <w:docPartBody>
        <w:p w:rsidR="00324B94" w:rsidRDefault="00AE64A0" w:rsidP="00AE64A0">
          <w:pPr>
            <w:pStyle w:val="B6603AAA656E4CCA852FC75397428E5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8D777AF8134FFB920B91BFF04EA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A9A43-00F2-4629-9B37-FB5BEAF9BE5B}"/>
      </w:docPartPr>
      <w:docPartBody>
        <w:p w:rsidR="00324B94" w:rsidRDefault="00AE64A0" w:rsidP="00AE64A0">
          <w:pPr>
            <w:pStyle w:val="AC8D777AF8134FFB920B91BFF04EA14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737C4"/>
    <w:rsid w:val="000934D5"/>
    <w:rsid w:val="002630F8"/>
    <w:rsid w:val="00324B94"/>
    <w:rsid w:val="004161F5"/>
    <w:rsid w:val="005A051B"/>
    <w:rsid w:val="006239E1"/>
    <w:rsid w:val="00667F4B"/>
    <w:rsid w:val="00692C50"/>
    <w:rsid w:val="006D0099"/>
    <w:rsid w:val="0077247C"/>
    <w:rsid w:val="00857D96"/>
    <w:rsid w:val="008B2AB1"/>
    <w:rsid w:val="00917BE7"/>
    <w:rsid w:val="00926343"/>
    <w:rsid w:val="009A5C93"/>
    <w:rsid w:val="00A37C77"/>
    <w:rsid w:val="00AE64A0"/>
    <w:rsid w:val="00B302C0"/>
    <w:rsid w:val="00BD0B7C"/>
    <w:rsid w:val="00D02935"/>
    <w:rsid w:val="00E5708D"/>
    <w:rsid w:val="00F277ED"/>
    <w:rsid w:val="00F75C6A"/>
    <w:rsid w:val="00FA59F1"/>
    <w:rsid w:val="00FB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64A0"/>
    <w:rPr>
      <w:color w:val="666666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1734C0B0E50C4165979C1D1CD6EF51182">
    <w:name w:val="1734C0B0E50C4165979C1D1CD6EF5118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2">
    <w:name w:val="F4D6CB2241074A76A75ACE4A72F3BACA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2">
    <w:name w:val="5C6BE9DD57B042A78E73AE6C65AB81E9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2">
    <w:name w:val="B94FF17A7DD844238942618D220CAEE0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2">
    <w:name w:val="D5F14FB66A15431389EB3E003A7DADB1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2">
    <w:name w:val="767E5F504CE04A3283DBB5C362BF53DD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84E538356841158C171F82ADDD532E2">
    <w:name w:val="E784E538356841158C171F82ADDD532E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2">
    <w:name w:val="15FA136DFCC9400EA3643631FD9D49AC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2">
    <w:name w:val="0650B01579224C17841E78E78C05793F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2">
    <w:name w:val="758EF154077D4EC492E0AA02749775EE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2">
    <w:name w:val="60444590C5F4414E83C6454885D5753D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2">
    <w:name w:val="096DC268CB3744C7AF90E558EFABE7F6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2">
    <w:name w:val="16EE3227410F4460A6706019F08584BA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2">
    <w:name w:val="35C6ADD19D0A4F7F9AA8A8D4CCB1374F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2">
    <w:name w:val="0AD4EFDEB46F4DD3B07D7D864B6EAEB2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2">
    <w:name w:val="C969D259CE28476AA1EB44B74A93B0DE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2">
    <w:name w:val="4163D3241B974CB9999FF0EC5B4E2B21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2">
    <w:name w:val="89495584885745569DDCF4FEC1482D05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2">
    <w:name w:val="66C6F6902A3B4D4CA7D745FDDA70B68A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2">
    <w:name w:val="4CD965A9EE694FECADF2476D720E7B6E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2">
    <w:name w:val="09E232A6ADC042DB884957F020A929BA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2">
    <w:name w:val="3DF7FD3C5E5C4C0992D419903A5ACDD9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2">
    <w:name w:val="CADFFF9D18954E1993F5C0789B03E179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2">
    <w:name w:val="657F90F891404138BEF4C8B0986FE706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2">
    <w:name w:val="C9113B8A854441D682CE5AC80AFB0860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2">
    <w:name w:val="A98CC7936C024C2988776FBA2CC670BD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2">
    <w:name w:val="2E9B36F7201C45DF99CA9FA9C42900AE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2">
    <w:name w:val="09814CF1CD7A47D3BB560F37A96F9D58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2">
    <w:name w:val="7793DEAF92564508A217818A964BBBC0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2">
    <w:name w:val="872FF4CA11794B8A841DB2220DF10EA6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2">
    <w:name w:val="4E97BD512F134974B65EC5CE1A1FFA5C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2">
    <w:name w:val="43C24FC1DD4E4C25906C3761C0E444F2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2">
    <w:name w:val="6E5B51F8A20C49259CB13015EB121389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2">
    <w:name w:val="ACA81B7FEB124004A04A95F11ADBD7A7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2">
    <w:name w:val="E3F5175B57004446843F4F317C13BE7C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2">
    <w:name w:val="6E2E25C8BD59485F83A4E1A3EB66C1CA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2">
    <w:name w:val="74CADD3637F3476CAEF2795719E307AF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2">
    <w:name w:val="AB27C8C8D90949D99B80C3BCC40C6DB1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2">
    <w:name w:val="BE6BAA36B4CE46CCBA1107A2CA86328D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2">
    <w:name w:val="98F3A9EE91754E259AFD2F141BD88EC3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2">
    <w:name w:val="A562792367E244C2B52C13434E400DB2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2">
    <w:name w:val="7E217E49FF2B4BCCB4F3ACCCBA862056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2">
    <w:name w:val="A6B6B6169038418C8F137F03A3BAC3E6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2">
    <w:name w:val="BA84038C5BAB4BC98BCFD7720888F4EA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2">
    <w:name w:val="2A85F1BB5E59479D91B2E845B74103B1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2">
    <w:name w:val="734A0FEE22AB4D08A85FAFBB84445CB9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2">
    <w:name w:val="3AE69983638E496B87E186B118E83D05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2">
    <w:name w:val="4E1B8BE8E635423EB269141E9E2912AC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2">
    <w:name w:val="522C19E6AA2346A4966003129C441C2C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2">
    <w:name w:val="DC6DBC8E8B3947CB8F9195F36B67D85A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2">
    <w:name w:val="49487EF4E50B45EF8F8DF0A58099CB09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154E0F59C6146589C211817BF0E0B6B2">
    <w:name w:val="E154E0F59C6146589C211817BF0E0B6B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28A59BCD5374CBE87ABC05724954D882">
    <w:name w:val="128A59BCD5374CBE87ABC05724954D88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B936DD223D4462393D0236D70B9F8A42">
    <w:name w:val="9B936DD223D4462393D0236D70B9F8A4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2920995B5449F1A7A4964CB5BD9E2F2">
    <w:name w:val="602920995B5449F1A7A4964CB5BD9E2F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046D4B8AC6347FD973AE5AC1873DF972">
    <w:name w:val="3046D4B8AC6347FD973AE5AC1873DF97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1E68469D96444B1A2E65CE6BCAD73882">
    <w:name w:val="11E68469D96444B1A2E65CE6BCAD7388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3853E73AB44C7AAACF69CC1F76D5CD2">
    <w:name w:val="393853E73AB44C7AAACF69CC1F76D5CD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63B8AB18B41AD8C09528013CF64F02">
    <w:name w:val="A4563B8AB18B41AD8C09528013CF64F0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F364A54F5EF4826B856A9E77444FD0B2">
    <w:name w:val="CF364A54F5EF4826B856A9E77444FD0B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1C09F1D37564B13A46EF0ADBE78562F2">
    <w:name w:val="51C09F1D37564B13A46EF0ADBE78562F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107BE1AD94E399E46A53B4F6C8D2A2">
    <w:name w:val="3AE107BE1AD94E399E46A53B4F6C8D2A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6D31DD794D490B96AB550EBD37D7202">
    <w:name w:val="B06D31DD794D490B96AB550EBD37D720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209A83F82B426CB2845F8DF02A43232">
    <w:name w:val="4C209A83F82B426CB2845F8DF02A4323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488F6169794E4CA4C95FED99F119472">
    <w:name w:val="F3488F6169794E4CA4C95FED99F11947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26C9F227BBC49C79014E6C3781F04BC2">
    <w:name w:val="A26C9F227BBC49C79014E6C3781F04BC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0496958929E45E8B33C61DA60A7EE432">
    <w:name w:val="90496958929E45E8B33C61DA60A7EE43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6AD050E68A4DC38901CFEAD15447C82">
    <w:name w:val="766AD050E68A4DC38901CFEAD15447C8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A1DF1A230834F02862433C0A012A6A82">
    <w:name w:val="6A1DF1A230834F02862433C0A012A6A8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6DBD2F341C64B1CAE0BC5949FD40DCF2">
    <w:name w:val="56DBD2F341C64B1CAE0BC5949FD40DCF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D088635E34547931883D74102BEB82">
    <w:name w:val="D5FD088635E34547931883D74102BEB8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67FC15BC7C746AD83905C95D70295EE2">
    <w:name w:val="D67FC15BC7C746AD83905C95D70295EE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2">
    <w:name w:val="C6C5AA04D5744E5397F5B4C02E599FEC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2">
    <w:name w:val="657845195F10471BB191FDF6254F450F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2">
    <w:name w:val="4261ABEBA6024587BD9BFFA89B86CBAD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2">
    <w:name w:val="ECE4C47E07C843CCA2D7255597D07705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2">
    <w:name w:val="9444CF760006459A89EF2B7CE3AFF2D1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2">
    <w:name w:val="A451D5A1F2414B9AB219F05CFB3EC45E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2">
    <w:name w:val="E58E1C4CC73644419B96786849CD0414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2">
    <w:name w:val="D90A19DFEA52488BB99915162C93968C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2">
    <w:name w:val="521563FD68FD43D5BA165673FF6D1378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2">
    <w:name w:val="AE408CFFC6BA4AA5A655C4CB9E8D33BD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2">
    <w:name w:val="77C883E787A7487E8AC9A2460D0D6120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2">
    <w:name w:val="EDFABB6305204921AB41714CDBEF1F2C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2">
    <w:name w:val="39948876AF22424CB7ED2F5AF92F9C43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2">
    <w:name w:val="4EEA29DA30454295831DD7CCFD08932C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2771D3EEFE8409E9460FB2586597D132">
    <w:name w:val="F2771D3EEFE8409E9460FB2586597D13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BDC4624CFD40A2A50C268646D11E322">
    <w:name w:val="F0BDC4624CFD40A2A50C268646D11E32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7987F9EC90640A3AB0156CDCD3582A42">
    <w:name w:val="57987F9EC90640A3AB0156CDCD3582A4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BC24DDBC494B9CAB4BD76203CBD88D2">
    <w:name w:val="55BC24DDBC494B9CAB4BD76203CBD88D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C8E66FC3604E93A469295A0BF16E042">
    <w:name w:val="8DC8E66FC3604E93A469295A0BF16E04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DD7265AEAF84A898D369EF731A2CEF42">
    <w:name w:val="ADD7265AEAF84A898D369EF731A2CEF4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7E38E983BC7415783368E63BC3F65EE2">
    <w:name w:val="97E38E983BC7415783368E63BC3F65EE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F47B062694342EFA9EE286A1C1517872">
    <w:name w:val="BF47B062694342EFA9EE286A1C151787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27C1E759BD436E884170A4E4F493FA2">
    <w:name w:val="0227C1E759BD436E884170A4E4F493FA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F048CD61D494AB483052A1DB7DFD8AA2">
    <w:name w:val="DF048CD61D494AB483052A1DB7DFD8AA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30489495C94860A68D2E0A0A22D25F2">
    <w:name w:val="2A30489495C94860A68D2E0A0A22D25F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31DDEBBD824C3690E5CFE80147066D2">
    <w:name w:val="8931DDEBBD824C3690E5CFE80147066D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FFBF5D8F85E465A9805A151FD6136D02">
    <w:name w:val="AFFBF5D8F85E465A9805A151FD6136D0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C363F25FC1B41D1924B5ABB54F906392">
    <w:name w:val="BC363F25FC1B41D1924B5ABB54F90639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B1EB7D12AE14D43A590CE63F386CCAF2">
    <w:name w:val="EB1EB7D12AE14D43A590CE63F386CCAF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0347451ECB447DB32D3D8A3BEADA9F2">
    <w:name w:val="390347451ECB447DB32D3D8A3BEADA9F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CEFD8317B9C45DD9CE83E6BBF119F482">
    <w:name w:val="3CEFD8317B9C45DD9CE83E6BBF119F48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322E0E5202417AADE50E789A93D8E22">
    <w:name w:val="73322E0E5202417AADE50E789A93D8E2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010F84DDB1C434E8258242C286D2D612">
    <w:name w:val="5010F84DDB1C434E8258242C286D2D61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6129599CD9A4A48B31B8E14B5397A9A2">
    <w:name w:val="E6129599CD9A4A48B31B8E14B5397A9A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6EF25FE9354A47BF6EB88436F8EAF62">
    <w:name w:val="D46EF25FE9354A47BF6EB88436F8EAF6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2">
    <w:name w:val="CA4E4ABAE5DA465E97A6237A7809538C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2">
    <w:name w:val="156AE4FD73954CA688AAE317B321396B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2">
    <w:name w:val="6D5A277E4DAE4119840AF2E2D970FC5F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2">
    <w:name w:val="586FFECF142C4598987272C037E4807A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2">
    <w:name w:val="0FB6E5FECABF45829BB384A56029A28D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2">
    <w:name w:val="2636CEBDA55446F2B898CE82D65A7F19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2">
    <w:name w:val="B1AD7A19AFD34107A93F340107E987C9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2">
    <w:name w:val="886A75EF89754CCCA94133C3ED148370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2">
    <w:name w:val="5ED57F54BA834AB1B5607992871117D0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2">
    <w:name w:val="6DFABCABA0B9461DA7D3E68645D5FAB7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9C6F31861D4F908E7541D59484F0492">
    <w:name w:val="609C6F31861D4F908E7541D59484F049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6E673272C6546939117097A72DEBF192">
    <w:name w:val="F6E673272C6546939117097A72DEBF19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B25BAAFE0346BABE92599F19AEC58E2">
    <w:name w:val="35B25BAAFE0346BABE92599F19AEC58E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51AEC8A0C0A4BA6BC16B608892D37352">
    <w:name w:val="051AEC8A0C0A4BA6BC16B608892D3735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B8EDBEE6034315B69833589FDEFE3B2">
    <w:name w:val="26B8EDBEE6034315B69833589FDEFE3B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0242774AF3B459F9BDA5103DE54813B2">
    <w:name w:val="90242774AF3B459F9BDA5103DE54813B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6DB051C76D4BF2A7FE945C4837BD752">
    <w:name w:val="846DB051C76D4BF2A7FE945C4837BD75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058062C6B842779545411D3DB911C52">
    <w:name w:val="D4058062C6B842779545411D3DB911C5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CE81A0874084177901AFAF08733153C2">
    <w:name w:val="9CE81A0874084177901AFAF08733153C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8FBECCFA09645B49F23F626CADED9DF2">
    <w:name w:val="18FBECCFA09645B49F23F626CADED9DF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F381235D6DD4C349CAA92B90BA6FD4B2">
    <w:name w:val="5F381235D6DD4C349CAA92B90BA6FD4B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6DD6E3C2D54B8180808CC19CDFD9872">
    <w:name w:val="776DD6E3C2D54B8180808CC19CDFD987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E82943E1B374E5AA67E88025C3BF5DE2">
    <w:name w:val="8E82943E1B374E5AA67E88025C3BF5DE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17D41107A8045679D7697BDE31B83F42">
    <w:name w:val="317D41107A8045679D7697BDE31B83F4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549A4142B844C8B5E19B0366EAF7042">
    <w:name w:val="DC549A4142B844C8B5E19B0366EAF704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2">
    <w:name w:val="7041F98D97294F33B27DB409BE8E34F1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2">
    <w:name w:val="73AB6D1D873F4738BF61AE697637871D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2">
    <w:name w:val="520891A0A4C04E9D9F8A8F3644975CB1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2">
    <w:name w:val="C582574595EA444189787F4DFB8EE37F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2">
    <w:name w:val="55670920D67C4481B676B57D42BEF39B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2">
    <w:name w:val="9F98BD6A7E484DF08110B1C4E624D3D0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2">
    <w:name w:val="233C5AFA5E7E4902A9BB228B214E5792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2">
    <w:name w:val="1B8839E78C2545FD826212E931A37F3B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2">
    <w:name w:val="69B61E07360347BCBC59BA9F385F7236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2">
    <w:name w:val="EEADD47DEE724B839CD6026B1BF75AA9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438646BCB984B5FAC1AAED5D71FBA072">
    <w:name w:val="3438646BCB984B5FAC1AAED5D71FBA07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ABED7BFC2C440E7AF3213FDD18C614E2">
    <w:name w:val="DABED7BFC2C440E7AF3213FDD18C614E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5ACA671B364643B165BAB6776AC1C32">
    <w:name w:val="CA5ACA671B364643B165BAB6776AC1C3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3824C64FBB4CE3A39DDC86435F78DE2">
    <w:name w:val="753824C64FBB4CE3A39DDC86435F78DE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AF0CEE226EF4B9C9E9B00D3C80280D42">
    <w:name w:val="6AF0CEE226EF4B9C9E9B00D3C80280D42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58DC98C77F4738B5AD4BED314F0D3C1">
    <w:name w:val="B158DC98C77F4738B5AD4BED314F0D3C1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4A5C7695E948D1B1328A6E86D9D9EF1">
    <w:name w:val="BA4A5C7695E948D1B1328A6E86D9D9EF1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0977693B3CD42FCAF13D9C09EBE29A41">
    <w:name w:val="20977693B3CD42FCAF13D9C09EBE29A41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700D897F334280A105BAD970294EE91">
    <w:name w:val="75700D897F334280A105BAD970294EE91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311145ED09E4AB6BEBB308AADA1F01B1">
    <w:name w:val="B311145ED09E4AB6BEBB308AADA1F01B1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F78CCE6B5984C1BA7314903C0E276571">
    <w:name w:val="2F78CCE6B5984C1BA7314903C0E276571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BC35B01447481C9C051CF2FC0472A31">
    <w:name w:val="ABBC35B01447481C9C051CF2FC0472A31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A6829612434B8FA829622EA358C9F51">
    <w:name w:val="0DA6829612434B8FA829622EA358C9F51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603AAA656E4CCA852FC75397428E551">
    <w:name w:val="B6603AAA656E4CCA852FC75397428E551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8D777AF8134FFB920B91BFF04EA14F1">
    <w:name w:val="AC8D777AF8134FFB920B91BFF04EA14F1"/>
    <w:rsid w:val="00AE64A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2.xml><?xml version="1.0" encoding="utf-8"?>
<ds:datastoreItem xmlns:ds="http://schemas.openxmlformats.org/officeDocument/2006/customXml" ds:itemID="{F6777CA1-FC9A-47FE-9EE0-479340E64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1678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2026-08-21T13:10:00Z</dcterms:created>
  <dcterms:modified xsi:type="dcterms:W3CDTF">2026-10-07T10:57:00Z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